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D0CF4" w14:textId="77777777" w:rsidR="00990464" w:rsidRDefault="00414212">
      <w:r>
        <w:rPr>
          <w:b/>
          <w:color w:val="FC1921"/>
          <w:sz w:val="40"/>
        </w:rPr>
        <w:t>Research Proposal Form</w:t>
      </w:r>
    </w:p>
    <w:tbl>
      <w:tblPr>
        <w:tblW w:w="10224" w:type="dxa"/>
        <w:jc w:val="center"/>
        <w:tblCellSpacing w:w="0" w:type="dxa"/>
        <w:tblBorders>
          <w:top w:val="single" w:sz="4" w:space="0" w:color="FC1921"/>
          <w:left w:val="single" w:sz="4" w:space="0" w:color="FC1921"/>
          <w:bottom w:val="single" w:sz="4" w:space="0" w:color="FC1921"/>
          <w:right w:val="single" w:sz="4" w:space="0" w:color="FC1921"/>
          <w:insideH w:val="single" w:sz="4" w:space="0" w:color="FC1921"/>
          <w:insideV w:val="single" w:sz="4" w:space="0" w:color="FC1921"/>
        </w:tblBorders>
        <w:tblLayout w:type="fixed"/>
        <w:tblLook w:val="0600" w:firstRow="0" w:lastRow="0" w:firstColumn="0" w:lastColumn="0" w:noHBand="1" w:noVBand="1"/>
      </w:tblPr>
      <w:tblGrid>
        <w:gridCol w:w="3096"/>
        <w:gridCol w:w="7128"/>
      </w:tblGrid>
      <w:tr w:rsidR="00990464" w14:paraId="557DED2D" w14:textId="77777777">
        <w:trPr>
          <w:cantSplit/>
          <w:tblCellSpacing w:w="0" w:type="dxa"/>
          <w:jc w:val="center"/>
        </w:trPr>
        <w:tc>
          <w:tcPr>
            <w:tcW w:w="10224" w:type="dxa"/>
            <w:gridSpan w:val="2"/>
            <w:tcBorders>
              <w:top w:val="single" w:sz="4" w:space="0" w:color="FC1921"/>
              <w:left w:val="single" w:sz="4" w:space="0" w:color="FC1921"/>
              <w:bottom w:val="single" w:sz="4" w:space="0" w:color="FC1921"/>
              <w:right w:val="single" w:sz="4" w:space="0" w:color="FC1921"/>
            </w:tcBorders>
            <w:shd w:val="clear" w:color="auto" w:fill="FC192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1FC118B" w14:textId="77777777" w:rsidR="00990464" w:rsidRDefault="00414212">
            <w:pPr>
              <w:spacing w:after="0" w:line="240" w:lineRule="auto"/>
            </w:pPr>
            <w:r>
              <w:rPr>
                <w:b/>
                <w:color w:val="FFFFFF"/>
                <w:sz w:val="22"/>
              </w:rPr>
              <w:t>Research Proposal Details</w:t>
            </w:r>
          </w:p>
        </w:tc>
      </w:tr>
      <w:tr w:rsidR="00990464" w14:paraId="7E06D94A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24488A7" w14:textId="77777777" w:rsidR="00990464" w:rsidRDefault="00414212">
            <w:pPr>
              <w:spacing w:after="0" w:line="240" w:lineRule="auto"/>
            </w:pPr>
            <w:r>
              <w:rPr>
                <w:b/>
                <w:color w:val="000000"/>
              </w:rPr>
              <w:t>Date of request</w:t>
            </w:r>
          </w:p>
          <w:p w14:paraId="1C6E6B35" w14:textId="77777777" w:rsidR="00990464" w:rsidRDefault="00414212">
            <w:pPr>
              <w:spacing w:after="0" w:line="240" w:lineRule="auto"/>
            </w:pPr>
            <w:r>
              <w:rPr>
                <w:i/>
                <w:color w:val="808284"/>
                <w:sz w:val="15"/>
              </w:rPr>
              <w:t>DD/MMM/YYYY</w:t>
            </w:r>
          </w:p>
        </w:tc>
        <w:tc>
          <w:tcPr>
            <w:tcW w:w="712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72A6659" w14:textId="77777777" w:rsidR="00990464" w:rsidRDefault="00990464">
            <w:pPr>
              <w:spacing w:after="0" w:line="240" w:lineRule="auto"/>
            </w:pPr>
          </w:p>
        </w:tc>
      </w:tr>
      <w:tr w:rsidR="00990464" w14:paraId="797FBCB4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7072B59" w14:textId="77777777" w:rsidR="00990464" w:rsidRDefault="00414212">
            <w:pPr>
              <w:spacing w:after="0" w:line="240" w:lineRule="auto"/>
            </w:pPr>
            <w:r>
              <w:rPr>
                <w:b/>
                <w:color w:val="000000"/>
              </w:rPr>
              <w:t>Title of proposed research</w:t>
            </w:r>
          </w:p>
        </w:tc>
        <w:tc>
          <w:tcPr>
            <w:tcW w:w="712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A37501D" w14:textId="77777777" w:rsidR="00990464" w:rsidRDefault="00990464">
            <w:pPr>
              <w:spacing w:after="0" w:line="240" w:lineRule="auto"/>
            </w:pPr>
          </w:p>
        </w:tc>
      </w:tr>
    </w:tbl>
    <w:p w14:paraId="5DAB6C7B" w14:textId="77777777" w:rsidR="00990464" w:rsidRDefault="00990464">
      <w:pPr>
        <w:spacing w:after="40"/>
      </w:pPr>
    </w:p>
    <w:tbl>
      <w:tblPr>
        <w:tblW w:w="10224" w:type="dxa"/>
        <w:jc w:val="center"/>
        <w:tblCellSpacing w:w="0" w:type="dxa"/>
        <w:tblBorders>
          <w:top w:val="single" w:sz="4" w:space="0" w:color="FC1921"/>
          <w:left w:val="single" w:sz="4" w:space="0" w:color="FC1921"/>
          <w:bottom w:val="single" w:sz="4" w:space="0" w:color="FC1921"/>
          <w:right w:val="single" w:sz="4" w:space="0" w:color="FC1921"/>
          <w:insideH w:val="single" w:sz="4" w:space="0" w:color="FC1921"/>
          <w:insideV w:val="single" w:sz="4" w:space="0" w:color="FC1921"/>
        </w:tblBorders>
        <w:tblLayout w:type="fixed"/>
        <w:tblLook w:val="0600" w:firstRow="0" w:lastRow="0" w:firstColumn="0" w:lastColumn="0" w:noHBand="1" w:noVBand="1"/>
      </w:tblPr>
      <w:tblGrid>
        <w:gridCol w:w="3096"/>
        <w:gridCol w:w="7128"/>
      </w:tblGrid>
      <w:tr w:rsidR="00990464" w14:paraId="30EA67B9" w14:textId="77777777">
        <w:trPr>
          <w:cantSplit/>
          <w:tblCellSpacing w:w="0" w:type="dxa"/>
          <w:jc w:val="center"/>
        </w:trPr>
        <w:tc>
          <w:tcPr>
            <w:tcW w:w="10224" w:type="dxa"/>
            <w:gridSpan w:val="2"/>
            <w:tcBorders>
              <w:top w:val="single" w:sz="4" w:space="0" w:color="FC1921"/>
              <w:left w:val="single" w:sz="4" w:space="0" w:color="FC1921"/>
              <w:bottom w:val="single" w:sz="4" w:space="0" w:color="FC1921"/>
              <w:right w:val="single" w:sz="4" w:space="0" w:color="FC1921"/>
            </w:tcBorders>
            <w:shd w:val="clear" w:color="auto" w:fill="FC192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791A1AC" w14:textId="77777777" w:rsidR="00990464" w:rsidRDefault="00414212">
            <w:pPr>
              <w:spacing w:after="0" w:line="240" w:lineRule="auto"/>
            </w:pPr>
            <w:r>
              <w:rPr>
                <w:b/>
                <w:color w:val="FFFFFF"/>
                <w:sz w:val="22"/>
              </w:rPr>
              <w:t>Primary researcher contact information</w:t>
            </w:r>
          </w:p>
          <w:p w14:paraId="420FF93E" w14:textId="77777777" w:rsidR="00990464" w:rsidRDefault="00414212">
            <w:pPr>
              <w:spacing w:after="0" w:line="240" w:lineRule="auto"/>
            </w:pPr>
            <w:r>
              <w:rPr>
                <w:color w:val="FFFFFF"/>
                <w:sz w:val="16"/>
              </w:rPr>
              <w:t>Attach the primary researcher’s CV with this proposal.</w:t>
            </w:r>
          </w:p>
        </w:tc>
      </w:tr>
      <w:tr w:rsidR="00990464" w14:paraId="0D909AED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6CAFD79" w14:textId="77777777" w:rsidR="00990464" w:rsidRDefault="00414212">
            <w:pPr>
              <w:spacing w:after="0" w:line="240" w:lineRule="auto"/>
            </w:pPr>
            <w:r>
              <w:rPr>
                <w:b/>
                <w:color w:val="000000"/>
              </w:rPr>
              <w:t>Name</w:t>
            </w:r>
          </w:p>
        </w:tc>
        <w:tc>
          <w:tcPr>
            <w:tcW w:w="712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2EB378F" w14:textId="77777777" w:rsidR="00990464" w:rsidRDefault="00990464">
            <w:pPr>
              <w:spacing w:after="0" w:line="240" w:lineRule="auto"/>
            </w:pPr>
          </w:p>
        </w:tc>
      </w:tr>
      <w:tr w:rsidR="00990464" w14:paraId="59AD10AE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B6F3ACC" w14:textId="77777777" w:rsidR="00990464" w:rsidRDefault="00414212">
            <w:pPr>
              <w:spacing w:after="0" w:line="240" w:lineRule="auto"/>
            </w:pPr>
            <w:r>
              <w:rPr>
                <w:b/>
                <w:color w:val="000000"/>
              </w:rPr>
              <w:t>Title</w:t>
            </w:r>
          </w:p>
        </w:tc>
        <w:tc>
          <w:tcPr>
            <w:tcW w:w="712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A05A809" w14:textId="77777777" w:rsidR="00990464" w:rsidRDefault="00990464">
            <w:pPr>
              <w:spacing w:after="0" w:line="240" w:lineRule="auto"/>
            </w:pPr>
          </w:p>
        </w:tc>
      </w:tr>
      <w:tr w:rsidR="00990464" w14:paraId="01DED4DA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AFCDFDA" w14:textId="77777777" w:rsidR="00990464" w:rsidRDefault="00414212">
            <w:pPr>
              <w:spacing w:after="0" w:line="240" w:lineRule="auto"/>
            </w:pPr>
            <w:r>
              <w:rPr>
                <w:b/>
                <w:color w:val="000000"/>
              </w:rPr>
              <w:t>Preferred contact details</w:t>
            </w:r>
          </w:p>
          <w:p w14:paraId="3A9017A6" w14:textId="77777777" w:rsidR="00990464" w:rsidRDefault="00414212">
            <w:pPr>
              <w:spacing w:after="0" w:line="240" w:lineRule="auto"/>
            </w:pPr>
            <w:r>
              <w:rPr>
                <w:i/>
                <w:color w:val="808284"/>
                <w:sz w:val="15"/>
              </w:rPr>
              <w:t>Email, mail or phone</w:t>
            </w:r>
          </w:p>
        </w:tc>
        <w:tc>
          <w:tcPr>
            <w:tcW w:w="712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A39BBE3" w14:textId="77777777" w:rsidR="00990464" w:rsidRDefault="00990464">
            <w:pPr>
              <w:spacing w:after="0" w:line="240" w:lineRule="auto"/>
            </w:pPr>
          </w:p>
        </w:tc>
      </w:tr>
    </w:tbl>
    <w:p w14:paraId="41C8F396" w14:textId="77777777" w:rsidR="00990464" w:rsidRDefault="00990464">
      <w:pPr>
        <w:spacing w:after="40"/>
      </w:pPr>
    </w:p>
    <w:tbl>
      <w:tblPr>
        <w:tblW w:w="10224" w:type="dxa"/>
        <w:jc w:val="center"/>
        <w:tblCellSpacing w:w="0" w:type="dxa"/>
        <w:tblBorders>
          <w:top w:val="single" w:sz="4" w:space="0" w:color="FC1921"/>
          <w:left w:val="single" w:sz="4" w:space="0" w:color="FC1921"/>
          <w:bottom w:val="single" w:sz="4" w:space="0" w:color="FC1921"/>
          <w:right w:val="single" w:sz="4" w:space="0" w:color="FC1921"/>
          <w:insideH w:val="single" w:sz="4" w:space="0" w:color="FC1921"/>
          <w:insideV w:val="single" w:sz="4" w:space="0" w:color="FC1921"/>
        </w:tblBorders>
        <w:tblLayout w:type="fixed"/>
        <w:tblLook w:val="0600" w:firstRow="0" w:lastRow="0" w:firstColumn="0" w:lastColumn="0" w:noHBand="1" w:noVBand="1"/>
      </w:tblPr>
      <w:tblGrid>
        <w:gridCol w:w="3096"/>
        <w:gridCol w:w="7128"/>
      </w:tblGrid>
      <w:tr w:rsidR="00990464" w14:paraId="07E2BBDC" w14:textId="77777777">
        <w:trPr>
          <w:cantSplit/>
          <w:tblCellSpacing w:w="0" w:type="dxa"/>
          <w:jc w:val="center"/>
        </w:trPr>
        <w:tc>
          <w:tcPr>
            <w:tcW w:w="10224" w:type="dxa"/>
            <w:gridSpan w:val="2"/>
            <w:tcBorders>
              <w:top w:val="single" w:sz="4" w:space="0" w:color="FC1921"/>
              <w:left w:val="single" w:sz="4" w:space="0" w:color="FC1921"/>
              <w:bottom w:val="single" w:sz="4" w:space="0" w:color="FC1921"/>
              <w:right w:val="single" w:sz="4" w:space="0" w:color="FC1921"/>
            </w:tcBorders>
            <w:shd w:val="clear" w:color="auto" w:fill="FC192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8F3ED5F" w14:textId="77777777" w:rsidR="00990464" w:rsidRDefault="00414212">
            <w:pPr>
              <w:spacing w:after="0" w:line="240" w:lineRule="auto"/>
            </w:pPr>
            <w:r>
              <w:rPr>
                <w:b/>
                <w:color w:val="FFFFFF"/>
                <w:sz w:val="22"/>
              </w:rPr>
              <w:t>Institution contact information</w:t>
            </w:r>
          </w:p>
          <w:p w14:paraId="79FEDEBD" w14:textId="77777777" w:rsidR="00990464" w:rsidRDefault="00414212">
            <w:pPr>
              <w:spacing w:after="0" w:line="240" w:lineRule="auto"/>
            </w:pPr>
            <w:r>
              <w:rPr>
                <w:color w:val="FFFFFF"/>
                <w:sz w:val="16"/>
              </w:rPr>
              <w:t>The Data Sharing Agreement will be between CSL and the institution.</w:t>
            </w:r>
          </w:p>
        </w:tc>
      </w:tr>
      <w:tr w:rsidR="00990464" w14:paraId="484AC9A0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FA97FF3" w14:textId="77777777" w:rsidR="00990464" w:rsidRDefault="00414212">
            <w:pPr>
              <w:spacing w:after="0" w:line="240" w:lineRule="auto"/>
            </w:pPr>
            <w:r>
              <w:rPr>
                <w:b/>
                <w:color w:val="000000"/>
              </w:rPr>
              <w:t>Institution name</w:t>
            </w:r>
          </w:p>
        </w:tc>
        <w:tc>
          <w:tcPr>
            <w:tcW w:w="712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2A3D3EC" w14:textId="77777777" w:rsidR="00990464" w:rsidRDefault="00990464">
            <w:pPr>
              <w:spacing w:after="0" w:line="240" w:lineRule="auto"/>
            </w:pPr>
          </w:p>
        </w:tc>
      </w:tr>
      <w:tr w:rsidR="00990464" w14:paraId="5C1ED6C4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07D7C5C" w14:textId="77777777" w:rsidR="00990464" w:rsidRDefault="00414212">
            <w:pPr>
              <w:spacing w:after="0" w:line="240" w:lineRule="auto"/>
            </w:pPr>
            <w:r>
              <w:rPr>
                <w:b/>
                <w:color w:val="000000"/>
              </w:rPr>
              <w:t>Street address</w:t>
            </w:r>
          </w:p>
        </w:tc>
        <w:tc>
          <w:tcPr>
            <w:tcW w:w="712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D0B940D" w14:textId="77777777" w:rsidR="00990464" w:rsidRDefault="00990464">
            <w:pPr>
              <w:spacing w:after="0" w:line="240" w:lineRule="auto"/>
            </w:pPr>
          </w:p>
        </w:tc>
      </w:tr>
      <w:tr w:rsidR="00990464" w14:paraId="5218F130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EEA2E56" w14:textId="77777777" w:rsidR="00990464" w:rsidRDefault="00414212">
            <w:pPr>
              <w:spacing w:after="0" w:line="240" w:lineRule="auto"/>
            </w:pPr>
            <w:r>
              <w:rPr>
                <w:b/>
                <w:color w:val="000000"/>
              </w:rPr>
              <w:t>City</w:t>
            </w:r>
          </w:p>
        </w:tc>
        <w:tc>
          <w:tcPr>
            <w:tcW w:w="712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E27B00A" w14:textId="77777777" w:rsidR="00990464" w:rsidRDefault="00990464">
            <w:pPr>
              <w:spacing w:after="0" w:line="240" w:lineRule="auto"/>
            </w:pPr>
          </w:p>
        </w:tc>
      </w:tr>
      <w:tr w:rsidR="00990464" w14:paraId="5634C46F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689CF9A" w14:textId="77777777" w:rsidR="00990464" w:rsidRDefault="00414212">
            <w:pPr>
              <w:spacing w:after="0" w:line="240" w:lineRule="auto"/>
            </w:pPr>
            <w:r>
              <w:rPr>
                <w:b/>
                <w:color w:val="000000"/>
              </w:rPr>
              <w:t>State / province</w:t>
            </w:r>
          </w:p>
        </w:tc>
        <w:tc>
          <w:tcPr>
            <w:tcW w:w="712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0061E4C" w14:textId="77777777" w:rsidR="00990464" w:rsidRDefault="00990464">
            <w:pPr>
              <w:spacing w:after="0" w:line="240" w:lineRule="auto"/>
            </w:pPr>
          </w:p>
        </w:tc>
      </w:tr>
      <w:tr w:rsidR="00990464" w14:paraId="0A970983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CADC36C" w14:textId="77777777" w:rsidR="00990464" w:rsidRDefault="00414212">
            <w:pPr>
              <w:spacing w:after="0" w:line="240" w:lineRule="auto"/>
            </w:pPr>
            <w:r>
              <w:rPr>
                <w:b/>
                <w:color w:val="000000"/>
              </w:rPr>
              <w:t>Country</w:t>
            </w:r>
          </w:p>
        </w:tc>
        <w:tc>
          <w:tcPr>
            <w:tcW w:w="712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4EAFD9C" w14:textId="77777777" w:rsidR="00990464" w:rsidRDefault="00990464">
            <w:pPr>
              <w:spacing w:after="0" w:line="240" w:lineRule="auto"/>
            </w:pPr>
          </w:p>
        </w:tc>
      </w:tr>
      <w:tr w:rsidR="00990464" w14:paraId="69047E7B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40DD275" w14:textId="77777777" w:rsidR="00990464" w:rsidRDefault="00414212">
            <w:pPr>
              <w:spacing w:after="0" w:line="240" w:lineRule="auto"/>
            </w:pPr>
            <w:r>
              <w:rPr>
                <w:b/>
                <w:color w:val="000000"/>
              </w:rPr>
              <w:t>Phone</w:t>
            </w:r>
          </w:p>
        </w:tc>
        <w:tc>
          <w:tcPr>
            <w:tcW w:w="712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B94D5A5" w14:textId="77777777" w:rsidR="00990464" w:rsidRDefault="00990464">
            <w:pPr>
              <w:spacing w:after="0" w:line="240" w:lineRule="auto"/>
            </w:pPr>
          </w:p>
        </w:tc>
      </w:tr>
    </w:tbl>
    <w:p w14:paraId="3DEEC669" w14:textId="77777777" w:rsidR="00990464" w:rsidRDefault="00990464">
      <w:pPr>
        <w:spacing w:after="40"/>
      </w:pPr>
    </w:p>
    <w:tbl>
      <w:tblPr>
        <w:tblW w:w="10224" w:type="dxa"/>
        <w:jc w:val="center"/>
        <w:tblCellSpacing w:w="0" w:type="dxa"/>
        <w:tblBorders>
          <w:top w:val="single" w:sz="4" w:space="0" w:color="FC1921"/>
          <w:left w:val="single" w:sz="4" w:space="0" w:color="FC1921"/>
          <w:bottom w:val="single" w:sz="4" w:space="0" w:color="FC1921"/>
          <w:right w:val="single" w:sz="4" w:space="0" w:color="FC1921"/>
          <w:insideH w:val="single" w:sz="4" w:space="0" w:color="FC1921"/>
          <w:insideV w:val="single" w:sz="4" w:space="0" w:color="FC1921"/>
        </w:tblBorders>
        <w:tblLayout w:type="fixed"/>
        <w:tblLook w:val="0600" w:firstRow="0" w:lastRow="0" w:firstColumn="0" w:lastColumn="0" w:noHBand="1" w:noVBand="1"/>
      </w:tblPr>
      <w:tblGrid>
        <w:gridCol w:w="3096"/>
        <w:gridCol w:w="7128"/>
      </w:tblGrid>
      <w:tr w:rsidR="00990464" w14:paraId="54C9968C" w14:textId="77777777">
        <w:trPr>
          <w:cantSplit/>
          <w:tblCellSpacing w:w="0" w:type="dxa"/>
          <w:jc w:val="center"/>
        </w:trPr>
        <w:tc>
          <w:tcPr>
            <w:tcW w:w="10224" w:type="dxa"/>
            <w:gridSpan w:val="2"/>
            <w:tcBorders>
              <w:top w:val="single" w:sz="4" w:space="0" w:color="FC1921"/>
              <w:left w:val="single" w:sz="4" w:space="0" w:color="FC1921"/>
              <w:bottom w:val="single" w:sz="4" w:space="0" w:color="FC1921"/>
              <w:right w:val="single" w:sz="4" w:space="0" w:color="FC1921"/>
            </w:tcBorders>
            <w:shd w:val="clear" w:color="auto" w:fill="FC192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16409C9" w14:textId="77777777" w:rsidR="00990464" w:rsidRDefault="00414212">
            <w:pPr>
              <w:spacing w:after="0" w:line="240" w:lineRule="auto"/>
            </w:pPr>
            <w:r>
              <w:rPr>
                <w:b/>
                <w:color w:val="FFFFFF"/>
                <w:sz w:val="22"/>
              </w:rPr>
              <w:t>Institution authorised signatory for agreements</w:t>
            </w:r>
          </w:p>
        </w:tc>
      </w:tr>
      <w:tr w:rsidR="00990464" w14:paraId="5D4478A0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4BD188F" w14:textId="77777777" w:rsidR="00990464" w:rsidRDefault="00414212">
            <w:pPr>
              <w:spacing w:after="0" w:line="240" w:lineRule="auto"/>
            </w:pPr>
            <w:r>
              <w:rPr>
                <w:b/>
                <w:color w:val="000000"/>
              </w:rPr>
              <w:t>Name</w:t>
            </w:r>
          </w:p>
        </w:tc>
        <w:tc>
          <w:tcPr>
            <w:tcW w:w="712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656B9AB" w14:textId="77777777" w:rsidR="00990464" w:rsidRDefault="00990464">
            <w:pPr>
              <w:spacing w:after="0" w:line="240" w:lineRule="auto"/>
            </w:pPr>
          </w:p>
        </w:tc>
      </w:tr>
      <w:tr w:rsidR="00990464" w14:paraId="5EF8972E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5315AB3" w14:textId="77777777" w:rsidR="00990464" w:rsidRDefault="00414212">
            <w:pPr>
              <w:spacing w:after="0" w:line="240" w:lineRule="auto"/>
            </w:pPr>
            <w:r>
              <w:rPr>
                <w:b/>
                <w:color w:val="000000"/>
              </w:rPr>
              <w:t>Position</w:t>
            </w:r>
          </w:p>
        </w:tc>
        <w:tc>
          <w:tcPr>
            <w:tcW w:w="712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5FB0818" w14:textId="77777777" w:rsidR="00990464" w:rsidRDefault="00990464">
            <w:pPr>
              <w:spacing w:after="0" w:line="240" w:lineRule="auto"/>
            </w:pPr>
          </w:p>
        </w:tc>
      </w:tr>
      <w:tr w:rsidR="00990464" w14:paraId="03CA40FF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B3096D1" w14:textId="77777777" w:rsidR="00990464" w:rsidRDefault="00414212">
            <w:pPr>
              <w:spacing w:after="0" w:line="240" w:lineRule="auto"/>
            </w:pPr>
            <w:r>
              <w:rPr>
                <w:b/>
                <w:color w:val="000000"/>
              </w:rPr>
              <w:t>Email</w:t>
            </w:r>
          </w:p>
        </w:tc>
        <w:tc>
          <w:tcPr>
            <w:tcW w:w="712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49F31CB" w14:textId="77777777" w:rsidR="00990464" w:rsidRDefault="00990464">
            <w:pPr>
              <w:spacing w:after="0" w:line="240" w:lineRule="auto"/>
            </w:pPr>
          </w:p>
        </w:tc>
      </w:tr>
    </w:tbl>
    <w:p w14:paraId="53128261" w14:textId="77777777" w:rsidR="00990464" w:rsidRDefault="00990464">
      <w:pPr>
        <w:spacing w:after="40"/>
      </w:pPr>
    </w:p>
    <w:tbl>
      <w:tblPr>
        <w:tblW w:w="10224" w:type="dxa"/>
        <w:jc w:val="center"/>
        <w:tblCellSpacing w:w="0" w:type="dxa"/>
        <w:tblBorders>
          <w:top w:val="single" w:sz="4" w:space="0" w:color="FC1921"/>
          <w:left w:val="single" w:sz="4" w:space="0" w:color="FC1921"/>
          <w:bottom w:val="single" w:sz="4" w:space="0" w:color="FC1921"/>
          <w:right w:val="single" w:sz="4" w:space="0" w:color="FC1921"/>
          <w:insideH w:val="single" w:sz="4" w:space="0" w:color="FC1921"/>
          <w:insideV w:val="single" w:sz="4" w:space="0" w:color="FC1921"/>
        </w:tblBorders>
        <w:tblLayout w:type="fixed"/>
        <w:tblLook w:val="0600" w:firstRow="0" w:lastRow="0" w:firstColumn="0" w:lastColumn="0" w:noHBand="1" w:noVBand="1"/>
      </w:tblPr>
      <w:tblGrid>
        <w:gridCol w:w="3412"/>
        <w:gridCol w:w="3067"/>
        <w:gridCol w:w="3745"/>
      </w:tblGrid>
      <w:tr w:rsidR="00990464" w14:paraId="58A0DB75" w14:textId="77777777">
        <w:trPr>
          <w:cantSplit/>
          <w:tblCellSpacing w:w="0" w:type="dxa"/>
          <w:jc w:val="center"/>
        </w:trPr>
        <w:tc>
          <w:tcPr>
            <w:tcW w:w="10224" w:type="dxa"/>
            <w:gridSpan w:val="3"/>
            <w:tcBorders>
              <w:top w:val="single" w:sz="4" w:space="0" w:color="FC1921"/>
              <w:left w:val="single" w:sz="4" w:space="0" w:color="FC1921"/>
              <w:bottom w:val="single" w:sz="4" w:space="0" w:color="FC1921"/>
              <w:right w:val="single" w:sz="4" w:space="0" w:color="FC1921"/>
            </w:tcBorders>
            <w:shd w:val="clear" w:color="auto" w:fill="FC192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F54A593" w14:textId="77777777" w:rsidR="00990464" w:rsidRDefault="00414212">
            <w:pPr>
              <w:spacing w:after="0" w:line="240" w:lineRule="auto"/>
            </w:pPr>
            <w:r>
              <w:rPr>
                <w:b/>
                <w:color w:val="FFFFFF"/>
                <w:sz w:val="22"/>
              </w:rPr>
              <w:t>Primary research team</w:t>
            </w:r>
          </w:p>
        </w:tc>
      </w:tr>
      <w:tr w:rsidR="00990464" w14:paraId="7DB01A50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412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78F8722" w14:textId="77777777" w:rsidR="00990464" w:rsidRPr="00237629" w:rsidRDefault="00414212">
            <w:pPr>
              <w:spacing w:after="0" w:line="240" w:lineRule="auto"/>
            </w:pPr>
            <w:r w:rsidRPr="00237629">
              <w:rPr>
                <w:b/>
              </w:rPr>
              <w:t>Name</w:t>
            </w:r>
          </w:p>
        </w:tc>
        <w:tc>
          <w:tcPr>
            <w:tcW w:w="306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938E95B" w14:textId="77777777" w:rsidR="00990464" w:rsidRPr="00237629" w:rsidRDefault="00414212">
            <w:pPr>
              <w:spacing w:after="0" w:line="240" w:lineRule="auto"/>
            </w:pPr>
            <w:r w:rsidRPr="00237629">
              <w:rPr>
                <w:b/>
              </w:rPr>
              <w:t>Title</w:t>
            </w:r>
          </w:p>
        </w:tc>
        <w:tc>
          <w:tcPr>
            <w:tcW w:w="3744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8FDF56C" w14:textId="77777777" w:rsidR="00990464" w:rsidRPr="00237629" w:rsidRDefault="00414212">
            <w:pPr>
              <w:spacing w:after="0" w:line="240" w:lineRule="auto"/>
            </w:pPr>
            <w:r w:rsidRPr="00237629">
              <w:rPr>
                <w:b/>
              </w:rPr>
              <w:t>Institution</w:t>
            </w:r>
          </w:p>
        </w:tc>
      </w:tr>
      <w:tr w:rsidR="00990464" w14:paraId="62486C05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412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101652C" w14:textId="77777777" w:rsidR="00990464" w:rsidRDefault="00990464">
            <w:pPr>
              <w:spacing w:after="0" w:line="240" w:lineRule="auto"/>
            </w:pPr>
          </w:p>
        </w:tc>
        <w:tc>
          <w:tcPr>
            <w:tcW w:w="306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B99056E" w14:textId="77777777" w:rsidR="00990464" w:rsidRDefault="00990464">
            <w:pPr>
              <w:spacing w:after="0" w:line="240" w:lineRule="auto"/>
            </w:pPr>
          </w:p>
        </w:tc>
        <w:tc>
          <w:tcPr>
            <w:tcW w:w="3744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299C43A" w14:textId="77777777" w:rsidR="00990464" w:rsidRDefault="00990464">
            <w:pPr>
              <w:spacing w:after="0" w:line="240" w:lineRule="auto"/>
            </w:pPr>
          </w:p>
        </w:tc>
      </w:tr>
      <w:tr w:rsidR="00990464" w14:paraId="4DDBEF00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412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461D779" w14:textId="77777777" w:rsidR="00990464" w:rsidRDefault="00990464">
            <w:pPr>
              <w:spacing w:after="0" w:line="240" w:lineRule="auto"/>
            </w:pPr>
          </w:p>
        </w:tc>
        <w:tc>
          <w:tcPr>
            <w:tcW w:w="306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CF2D8B6" w14:textId="77777777" w:rsidR="00990464" w:rsidRDefault="00990464">
            <w:pPr>
              <w:spacing w:after="0" w:line="240" w:lineRule="auto"/>
            </w:pPr>
          </w:p>
        </w:tc>
        <w:tc>
          <w:tcPr>
            <w:tcW w:w="3744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FB78278" w14:textId="77777777" w:rsidR="00990464" w:rsidRDefault="00990464">
            <w:pPr>
              <w:spacing w:after="0" w:line="240" w:lineRule="auto"/>
            </w:pPr>
          </w:p>
        </w:tc>
      </w:tr>
      <w:tr w:rsidR="00990464" w14:paraId="1FC39945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412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562CB0E" w14:textId="77777777" w:rsidR="00990464" w:rsidRDefault="00990464">
            <w:pPr>
              <w:spacing w:after="0" w:line="240" w:lineRule="auto"/>
            </w:pPr>
          </w:p>
        </w:tc>
        <w:tc>
          <w:tcPr>
            <w:tcW w:w="306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4CE0A41" w14:textId="77777777" w:rsidR="00990464" w:rsidRDefault="00990464">
            <w:pPr>
              <w:spacing w:after="0" w:line="240" w:lineRule="auto"/>
            </w:pPr>
          </w:p>
        </w:tc>
        <w:tc>
          <w:tcPr>
            <w:tcW w:w="3744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2EBF3C5" w14:textId="77777777" w:rsidR="00990464" w:rsidRDefault="00990464">
            <w:pPr>
              <w:spacing w:after="0" w:line="240" w:lineRule="auto"/>
            </w:pPr>
          </w:p>
        </w:tc>
      </w:tr>
      <w:tr w:rsidR="00990464" w14:paraId="6D98A12B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412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946DB82" w14:textId="77777777" w:rsidR="00990464" w:rsidRDefault="00990464">
            <w:pPr>
              <w:spacing w:after="0" w:line="240" w:lineRule="auto"/>
            </w:pPr>
          </w:p>
        </w:tc>
        <w:tc>
          <w:tcPr>
            <w:tcW w:w="306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997CC1D" w14:textId="77777777" w:rsidR="00990464" w:rsidRDefault="00990464">
            <w:pPr>
              <w:spacing w:after="0" w:line="240" w:lineRule="auto"/>
            </w:pPr>
          </w:p>
        </w:tc>
        <w:tc>
          <w:tcPr>
            <w:tcW w:w="3744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10FFD37" w14:textId="77777777" w:rsidR="00990464" w:rsidRDefault="00990464">
            <w:pPr>
              <w:spacing w:after="0" w:line="240" w:lineRule="auto"/>
            </w:pPr>
          </w:p>
        </w:tc>
      </w:tr>
      <w:tr w:rsidR="00990464" w14:paraId="6B699379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412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FE9F23F" w14:textId="77777777" w:rsidR="00990464" w:rsidRDefault="00990464">
            <w:pPr>
              <w:spacing w:after="0" w:line="240" w:lineRule="auto"/>
            </w:pPr>
          </w:p>
        </w:tc>
        <w:tc>
          <w:tcPr>
            <w:tcW w:w="306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F72F646" w14:textId="77777777" w:rsidR="00990464" w:rsidRDefault="00990464">
            <w:pPr>
              <w:spacing w:after="0" w:line="240" w:lineRule="auto"/>
            </w:pPr>
          </w:p>
        </w:tc>
        <w:tc>
          <w:tcPr>
            <w:tcW w:w="3744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8CE6F91" w14:textId="77777777" w:rsidR="00990464" w:rsidRDefault="00990464">
            <w:pPr>
              <w:spacing w:after="0" w:line="240" w:lineRule="auto"/>
            </w:pPr>
          </w:p>
        </w:tc>
      </w:tr>
    </w:tbl>
    <w:p w14:paraId="61CDCEAD" w14:textId="77777777" w:rsidR="00990464" w:rsidRDefault="00990464">
      <w:pPr>
        <w:spacing w:after="40"/>
      </w:pPr>
    </w:p>
    <w:tbl>
      <w:tblPr>
        <w:tblW w:w="10224" w:type="dxa"/>
        <w:jc w:val="center"/>
        <w:tblCellSpacing w:w="0" w:type="dxa"/>
        <w:tblBorders>
          <w:top w:val="single" w:sz="4" w:space="0" w:color="FC1921"/>
          <w:left w:val="single" w:sz="4" w:space="0" w:color="FC1921"/>
          <w:bottom w:val="single" w:sz="4" w:space="0" w:color="FC1921"/>
          <w:right w:val="single" w:sz="4" w:space="0" w:color="FC1921"/>
          <w:insideH w:val="single" w:sz="4" w:space="0" w:color="FC1921"/>
          <w:insideV w:val="single" w:sz="4" w:space="0" w:color="FC1921"/>
        </w:tblBorders>
        <w:tblLayout w:type="fixed"/>
        <w:tblLook w:val="0600" w:firstRow="0" w:lastRow="0" w:firstColumn="0" w:lastColumn="0" w:noHBand="1" w:noVBand="1"/>
      </w:tblPr>
      <w:tblGrid>
        <w:gridCol w:w="3412"/>
        <w:gridCol w:w="3067"/>
        <w:gridCol w:w="3745"/>
      </w:tblGrid>
      <w:tr w:rsidR="00990464" w14:paraId="0A42B7BF" w14:textId="77777777">
        <w:trPr>
          <w:cantSplit/>
          <w:tblCellSpacing w:w="0" w:type="dxa"/>
          <w:jc w:val="center"/>
        </w:trPr>
        <w:tc>
          <w:tcPr>
            <w:tcW w:w="10224" w:type="dxa"/>
            <w:gridSpan w:val="3"/>
            <w:tcBorders>
              <w:top w:val="single" w:sz="4" w:space="0" w:color="FC1921"/>
              <w:left w:val="single" w:sz="4" w:space="0" w:color="FC1921"/>
              <w:bottom w:val="single" w:sz="4" w:space="0" w:color="FC1921"/>
              <w:right w:val="single" w:sz="4" w:space="0" w:color="FC1921"/>
            </w:tcBorders>
            <w:shd w:val="clear" w:color="auto" w:fill="FC192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C4A4A5D" w14:textId="77777777" w:rsidR="00990464" w:rsidRDefault="00414212">
            <w:pPr>
              <w:spacing w:after="0" w:line="240" w:lineRule="auto"/>
            </w:pPr>
            <w:r>
              <w:rPr>
                <w:b/>
                <w:color w:val="FFFFFF"/>
                <w:sz w:val="22"/>
              </w:rPr>
              <w:lastRenderedPageBreak/>
              <w:t>Statisticians</w:t>
            </w:r>
          </w:p>
        </w:tc>
      </w:tr>
      <w:tr w:rsidR="00990464" w14:paraId="6DE21EDC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412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9C41B3B" w14:textId="77777777" w:rsidR="00990464" w:rsidRPr="00210913" w:rsidRDefault="00414212">
            <w:pPr>
              <w:spacing w:after="0" w:line="240" w:lineRule="auto"/>
            </w:pPr>
            <w:r w:rsidRPr="00210913">
              <w:rPr>
                <w:b/>
              </w:rPr>
              <w:t>Name</w:t>
            </w:r>
          </w:p>
        </w:tc>
        <w:tc>
          <w:tcPr>
            <w:tcW w:w="306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3C23DE7" w14:textId="77777777" w:rsidR="00990464" w:rsidRPr="00210913" w:rsidRDefault="00414212">
            <w:pPr>
              <w:spacing w:after="0" w:line="240" w:lineRule="auto"/>
            </w:pPr>
            <w:r w:rsidRPr="00210913">
              <w:rPr>
                <w:b/>
              </w:rPr>
              <w:t>Title</w:t>
            </w:r>
          </w:p>
        </w:tc>
        <w:tc>
          <w:tcPr>
            <w:tcW w:w="3744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2734224" w14:textId="77777777" w:rsidR="00990464" w:rsidRPr="00210913" w:rsidRDefault="00414212">
            <w:pPr>
              <w:spacing w:after="0" w:line="240" w:lineRule="auto"/>
            </w:pPr>
            <w:r w:rsidRPr="00210913">
              <w:rPr>
                <w:b/>
              </w:rPr>
              <w:t>Institution</w:t>
            </w:r>
          </w:p>
        </w:tc>
      </w:tr>
      <w:tr w:rsidR="00990464" w14:paraId="6BB9E253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412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3DE523C" w14:textId="77777777" w:rsidR="00990464" w:rsidRDefault="00990464">
            <w:pPr>
              <w:spacing w:after="0" w:line="240" w:lineRule="auto"/>
            </w:pPr>
          </w:p>
        </w:tc>
        <w:tc>
          <w:tcPr>
            <w:tcW w:w="306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2E56223" w14:textId="77777777" w:rsidR="00990464" w:rsidRDefault="00990464">
            <w:pPr>
              <w:spacing w:after="0" w:line="240" w:lineRule="auto"/>
            </w:pPr>
          </w:p>
        </w:tc>
        <w:tc>
          <w:tcPr>
            <w:tcW w:w="3744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7547A01" w14:textId="77777777" w:rsidR="00990464" w:rsidRDefault="00990464">
            <w:pPr>
              <w:spacing w:after="0" w:line="240" w:lineRule="auto"/>
            </w:pPr>
          </w:p>
        </w:tc>
      </w:tr>
      <w:tr w:rsidR="00990464" w14:paraId="5043CB0F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412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7459315" w14:textId="77777777" w:rsidR="00990464" w:rsidRDefault="00990464">
            <w:pPr>
              <w:spacing w:after="0" w:line="240" w:lineRule="auto"/>
            </w:pPr>
          </w:p>
        </w:tc>
        <w:tc>
          <w:tcPr>
            <w:tcW w:w="306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537F28F" w14:textId="77777777" w:rsidR="00990464" w:rsidRDefault="00990464">
            <w:pPr>
              <w:spacing w:after="0" w:line="240" w:lineRule="auto"/>
            </w:pPr>
          </w:p>
        </w:tc>
        <w:tc>
          <w:tcPr>
            <w:tcW w:w="3744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DFB9E20" w14:textId="77777777" w:rsidR="00990464" w:rsidRDefault="00990464">
            <w:pPr>
              <w:spacing w:after="0" w:line="240" w:lineRule="auto"/>
            </w:pPr>
          </w:p>
        </w:tc>
      </w:tr>
      <w:tr w:rsidR="00990464" w14:paraId="70DF9E56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412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4E871BC" w14:textId="77777777" w:rsidR="00990464" w:rsidRDefault="00990464">
            <w:pPr>
              <w:spacing w:after="0" w:line="240" w:lineRule="auto"/>
            </w:pPr>
          </w:p>
        </w:tc>
        <w:tc>
          <w:tcPr>
            <w:tcW w:w="306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44A5D23" w14:textId="77777777" w:rsidR="00990464" w:rsidRDefault="00990464">
            <w:pPr>
              <w:spacing w:after="0" w:line="240" w:lineRule="auto"/>
            </w:pPr>
          </w:p>
        </w:tc>
        <w:tc>
          <w:tcPr>
            <w:tcW w:w="3744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38610EB" w14:textId="77777777" w:rsidR="00990464" w:rsidRDefault="00990464">
            <w:pPr>
              <w:spacing w:after="0" w:line="240" w:lineRule="auto"/>
            </w:pPr>
          </w:p>
        </w:tc>
      </w:tr>
    </w:tbl>
    <w:p w14:paraId="637805D2" w14:textId="77777777" w:rsidR="00990464" w:rsidRDefault="00990464">
      <w:pPr>
        <w:spacing w:after="40"/>
      </w:pPr>
    </w:p>
    <w:tbl>
      <w:tblPr>
        <w:tblW w:w="10224" w:type="dxa"/>
        <w:jc w:val="center"/>
        <w:tblCellSpacing w:w="0" w:type="dxa"/>
        <w:tblBorders>
          <w:top w:val="single" w:sz="4" w:space="0" w:color="FC1921"/>
          <w:left w:val="single" w:sz="4" w:space="0" w:color="FC1921"/>
          <w:bottom w:val="single" w:sz="4" w:space="0" w:color="FC1921"/>
          <w:right w:val="single" w:sz="4" w:space="0" w:color="FC1921"/>
          <w:insideH w:val="single" w:sz="4" w:space="0" w:color="FC1921"/>
          <w:insideV w:val="single" w:sz="4" w:space="0" w:color="FC1921"/>
        </w:tblBorders>
        <w:tblLayout w:type="fixed"/>
        <w:tblLook w:val="0600" w:firstRow="0" w:lastRow="0" w:firstColumn="0" w:lastColumn="0" w:noHBand="1" w:noVBand="1"/>
      </w:tblPr>
      <w:tblGrid>
        <w:gridCol w:w="10224"/>
      </w:tblGrid>
      <w:tr w:rsidR="00990464" w14:paraId="7F8E9DA3" w14:textId="77777777">
        <w:trPr>
          <w:cantSplit/>
          <w:tblCellSpacing w:w="0" w:type="dxa"/>
          <w:jc w:val="center"/>
        </w:trPr>
        <w:tc>
          <w:tcPr>
            <w:tcW w:w="10224" w:type="dxa"/>
            <w:tcBorders>
              <w:top w:val="single" w:sz="4" w:space="0" w:color="FC1921"/>
              <w:left w:val="single" w:sz="4" w:space="0" w:color="FC1921"/>
              <w:bottom w:val="single" w:sz="4" w:space="0" w:color="FC1921"/>
              <w:right w:val="single" w:sz="4" w:space="0" w:color="FC1921"/>
            </w:tcBorders>
            <w:shd w:val="clear" w:color="auto" w:fill="FC192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2001D36" w14:textId="77777777" w:rsidR="00990464" w:rsidRDefault="00414212">
            <w:pPr>
              <w:spacing w:after="0" w:line="240" w:lineRule="auto"/>
            </w:pPr>
            <w:r>
              <w:rPr>
                <w:b/>
                <w:color w:val="FFFFFF"/>
                <w:sz w:val="22"/>
              </w:rPr>
              <w:t>Research rationale and objective</w:t>
            </w:r>
          </w:p>
          <w:p w14:paraId="2B444740" w14:textId="77777777" w:rsidR="00990464" w:rsidRDefault="00414212">
            <w:pPr>
              <w:spacing w:after="0" w:line="240" w:lineRule="auto"/>
            </w:pPr>
            <w:r>
              <w:rPr>
                <w:color w:val="FFFFFF"/>
                <w:sz w:val="16"/>
              </w:rPr>
              <w:t>Provide the background and rationale, expected outputs, and how the research will advance medical knowledge.</w:t>
            </w:r>
          </w:p>
        </w:tc>
      </w:tr>
      <w:tr w:rsidR="00990464" w14:paraId="463F29E8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rHeight w:val="1560"/>
          <w:tblCellSpacing w:w="0" w:type="dxa"/>
          <w:jc w:val="center"/>
        </w:trPr>
        <w:tc>
          <w:tcPr>
            <w:tcW w:w="10224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B7B4B86" w14:textId="77777777" w:rsidR="00990464" w:rsidRDefault="00990464">
            <w:pPr>
              <w:spacing w:after="0" w:line="240" w:lineRule="auto"/>
            </w:pPr>
          </w:p>
        </w:tc>
      </w:tr>
    </w:tbl>
    <w:p w14:paraId="3A0FF5F2" w14:textId="77777777" w:rsidR="00990464" w:rsidRDefault="00990464">
      <w:pPr>
        <w:spacing w:after="40"/>
      </w:pPr>
    </w:p>
    <w:tbl>
      <w:tblPr>
        <w:tblW w:w="10224" w:type="dxa"/>
        <w:jc w:val="center"/>
        <w:tblCellSpacing w:w="0" w:type="dxa"/>
        <w:tblBorders>
          <w:top w:val="single" w:sz="4" w:space="0" w:color="FC1921"/>
          <w:left w:val="single" w:sz="4" w:space="0" w:color="FC1921"/>
          <w:bottom w:val="single" w:sz="4" w:space="0" w:color="FC1921"/>
          <w:right w:val="single" w:sz="4" w:space="0" w:color="FC1921"/>
          <w:insideH w:val="single" w:sz="4" w:space="0" w:color="FC1921"/>
          <w:insideV w:val="single" w:sz="4" w:space="0" w:color="FC1921"/>
        </w:tblBorders>
        <w:tblLayout w:type="fixed"/>
        <w:tblLook w:val="0600" w:firstRow="0" w:lastRow="0" w:firstColumn="0" w:lastColumn="0" w:noHBand="1" w:noVBand="1"/>
      </w:tblPr>
      <w:tblGrid>
        <w:gridCol w:w="10224"/>
      </w:tblGrid>
      <w:tr w:rsidR="00990464" w14:paraId="5C2C5122" w14:textId="77777777">
        <w:trPr>
          <w:cantSplit/>
          <w:tblCellSpacing w:w="0" w:type="dxa"/>
          <w:jc w:val="center"/>
        </w:trPr>
        <w:tc>
          <w:tcPr>
            <w:tcW w:w="10224" w:type="dxa"/>
            <w:tcBorders>
              <w:top w:val="single" w:sz="4" w:space="0" w:color="FC1921"/>
              <w:left w:val="single" w:sz="4" w:space="0" w:color="FC1921"/>
              <w:bottom w:val="single" w:sz="4" w:space="0" w:color="FC1921"/>
              <w:right w:val="single" w:sz="4" w:space="0" w:color="FC1921"/>
            </w:tcBorders>
            <w:shd w:val="clear" w:color="auto" w:fill="FC192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B107127" w14:textId="77777777" w:rsidR="00990464" w:rsidRDefault="00414212">
            <w:pPr>
              <w:spacing w:after="0" w:line="240" w:lineRule="auto"/>
            </w:pPr>
            <w:r>
              <w:rPr>
                <w:b/>
                <w:color w:val="FFFFFF"/>
                <w:sz w:val="22"/>
              </w:rPr>
              <w:t>Research study design</w:t>
            </w:r>
          </w:p>
          <w:p w14:paraId="62DF1572" w14:textId="5F0682F2" w:rsidR="00990464" w:rsidRDefault="00414212">
            <w:pPr>
              <w:spacing w:after="0" w:line="240" w:lineRule="auto"/>
            </w:pPr>
            <w:r>
              <w:rPr>
                <w:color w:val="FFFFFF"/>
                <w:sz w:val="16"/>
              </w:rPr>
              <w:t xml:space="preserve">State whether this is further analysis of a single study, a pooled analysis of </w:t>
            </w:r>
            <w:r w:rsidR="00F765E1">
              <w:rPr>
                <w:color w:val="FFFFFF"/>
                <w:sz w:val="16"/>
              </w:rPr>
              <w:t>mul</w:t>
            </w:r>
            <w:r w:rsidR="000156A0">
              <w:rPr>
                <w:color w:val="FFFFFF"/>
                <w:sz w:val="16"/>
              </w:rPr>
              <w:t xml:space="preserve">tiple </w:t>
            </w:r>
            <w:r>
              <w:rPr>
                <w:color w:val="FFFFFF"/>
                <w:sz w:val="16"/>
              </w:rPr>
              <w:t>requested studies, or a pooled analysis including additional studies.</w:t>
            </w:r>
          </w:p>
        </w:tc>
      </w:tr>
      <w:tr w:rsidR="00990464" w14:paraId="5630AD66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rHeight w:val="1300"/>
          <w:tblCellSpacing w:w="0" w:type="dxa"/>
          <w:jc w:val="center"/>
        </w:trPr>
        <w:tc>
          <w:tcPr>
            <w:tcW w:w="10224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1829076" w14:textId="77777777" w:rsidR="00990464" w:rsidRDefault="00990464">
            <w:pPr>
              <w:spacing w:after="0" w:line="240" w:lineRule="auto"/>
            </w:pPr>
          </w:p>
        </w:tc>
      </w:tr>
    </w:tbl>
    <w:p w14:paraId="2BA226A1" w14:textId="77777777" w:rsidR="00990464" w:rsidRDefault="00990464">
      <w:pPr>
        <w:spacing w:after="40"/>
      </w:pPr>
    </w:p>
    <w:tbl>
      <w:tblPr>
        <w:tblW w:w="10224" w:type="dxa"/>
        <w:jc w:val="center"/>
        <w:tblCellSpacing w:w="0" w:type="dxa"/>
        <w:tblBorders>
          <w:top w:val="single" w:sz="4" w:space="0" w:color="FC1921"/>
          <w:left w:val="single" w:sz="4" w:space="0" w:color="FC1921"/>
          <w:bottom w:val="single" w:sz="4" w:space="0" w:color="FC1921"/>
          <w:right w:val="single" w:sz="4" w:space="0" w:color="FC1921"/>
          <w:insideH w:val="single" w:sz="4" w:space="0" w:color="FC1921"/>
          <w:insideV w:val="single" w:sz="4" w:space="0" w:color="FC1921"/>
        </w:tblBorders>
        <w:tblLayout w:type="fixed"/>
        <w:tblLook w:val="0600" w:firstRow="0" w:lastRow="0" w:firstColumn="0" w:lastColumn="0" w:noHBand="1" w:noVBand="1"/>
      </w:tblPr>
      <w:tblGrid>
        <w:gridCol w:w="3096"/>
        <w:gridCol w:w="7128"/>
      </w:tblGrid>
      <w:tr w:rsidR="00990464" w14:paraId="6A3CB519" w14:textId="77777777">
        <w:trPr>
          <w:cantSplit/>
          <w:tblCellSpacing w:w="0" w:type="dxa"/>
          <w:jc w:val="center"/>
        </w:trPr>
        <w:tc>
          <w:tcPr>
            <w:tcW w:w="10224" w:type="dxa"/>
            <w:gridSpan w:val="2"/>
            <w:tcBorders>
              <w:top w:val="single" w:sz="4" w:space="0" w:color="FC1921"/>
              <w:left w:val="single" w:sz="4" w:space="0" w:color="FC1921"/>
              <w:bottom w:val="single" w:sz="4" w:space="0" w:color="FC1921"/>
              <w:right w:val="single" w:sz="4" w:space="0" w:color="FC1921"/>
            </w:tcBorders>
            <w:shd w:val="clear" w:color="auto" w:fill="FC192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87C5F11" w14:textId="77777777" w:rsidR="00990464" w:rsidRDefault="00414212">
            <w:pPr>
              <w:spacing w:after="0" w:line="240" w:lineRule="auto"/>
            </w:pPr>
            <w:r>
              <w:rPr>
                <w:b/>
                <w:color w:val="FFFFFF"/>
                <w:sz w:val="22"/>
              </w:rPr>
              <w:t>Endpoints</w:t>
            </w:r>
          </w:p>
          <w:p w14:paraId="0E48645C" w14:textId="77777777" w:rsidR="00990464" w:rsidRDefault="00414212">
            <w:pPr>
              <w:spacing w:after="0" w:line="240" w:lineRule="auto"/>
            </w:pPr>
            <w:r>
              <w:rPr>
                <w:color w:val="FFFFFF"/>
                <w:sz w:val="16"/>
              </w:rPr>
              <w:t>Describe the primary and secondary endpoints to be analysed.</w:t>
            </w:r>
          </w:p>
        </w:tc>
      </w:tr>
      <w:tr w:rsidR="00990464" w14:paraId="2809C811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rHeight w:val="700"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FBB58ED" w14:textId="77777777" w:rsidR="00990464" w:rsidRDefault="00414212">
            <w:pPr>
              <w:spacing w:after="0" w:line="240" w:lineRule="auto"/>
            </w:pPr>
            <w:r>
              <w:rPr>
                <w:b/>
                <w:color w:val="000000"/>
              </w:rPr>
              <w:t>Primary endpoints</w:t>
            </w:r>
          </w:p>
        </w:tc>
        <w:tc>
          <w:tcPr>
            <w:tcW w:w="712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7AD93B2" w14:textId="77777777" w:rsidR="00990464" w:rsidRDefault="00990464">
            <w:pPr>
              <w:spacing w:after="0" w:line="240" w:lineRule="auto"/>
            </w:pPr>
          </w:p>
        </w:tc>
      </w:tr>
      <w:tr w:rsidR="00990464" w14:paraId="5A0B1097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rHeight w:val="700"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325F8E0" w14:textId="77777777" w:rsidR="00990464" w:rsidRDefault="00414212">
            <w:pPr>
              <w:spacing w:after="0" w:line="240" w:lineRule="auto"/>
            </w:pPr>
            <w:r>
              <w:rPr>
                <w:b/>
                <w:color w:val="000000"/>
              </w:rPr>
              <w:t>Secondary endpoints</w:t>
            </w:r>
          </w:p>
        </w:tc>
        <w:tc>
          <w:tcPr>
            <w:tcW w:w="712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DE4B5B7" w14:textId="77777777" w:rsidR="00990464" w:rsidRDefault="00990464">
            <w:pPr>
              <w:spacing w:after="0" w:line="240" w:lineRule="auto"/>
            </w:pPr>
          </w:p>
        </w:tc>
      </w:tr>
    </w:tbl>
    <w:p w14:paraId="66204FF1" w14:textId="77777777" w:rsidR="00990464" w:rsidRDefault="00990464">
      <w:pPr>
        <w:spacing w:after="40"/>
      </w:pPr>
    </w:p>
    <w:tbl>
      <w:tblPr>
        <w:tblW w:w="10224" w:type="dxa"/>
        <w:jc w:val="center"/>
        <w:tblCellSpacing w:w="0" w:type="dxa"/>
        <w:tblBorders>
          <w:top w:val="single" w:sz="4" w:space="0" w:color="FC1921"/>
          <w:left w:val="single" w:sz="4" w:space="0" w:color="FC1921"/>
          <w:bottom w:val="single" w:sz="4" w:space="0" w:color="FC1921"/>
          <w:right w:val="single" w:sz="4" w:space="0" w:color="FC1921"/>
          <w:insideH w:val="single" w:sz="4" w:space="0" w:color="FC1921"/>
          <w:insideV w:val="single" w:sz="4" w:space="0" w:color="FC1921"/>
        </w:tblBorders>
        <w:tblLayout w:type="fixed"/>
        <w:tblLook w:val="0600" w:firstRow="0" w:lastRow="0" w:firstColumn="0" w:lastColumn="0" w:noHBand="1" w:noVBand="1"/>
      </w:tblPr>
      <w:tblGrid>
        <w:gridCol w:w="3096"/>
        <w:gridCol w:w="7128"/>
      </w:tblGrid>
      <w:tr w:rsidR="00990464" w14:paraId="00AE1ED7" w14:textId="77777777">
        <w:trPr>
          <w:cantSplit/>
          <w:tblCellSpacing w:w="0" w:type="dxa"/>
          <w:jc w:val="center"/>
        </w:trPr>
        <w:tc>
          <w:tcPr>
            <w:tcW w:w="10224" w:type="dxa"/>
            <w:gridSpan w:val="2"/>
            <w:tcBorders>
              <w:top w:val="single" w:sz="4" w:space="0" w:color="FC1921"/>
              <w:left w:val="single" w:sz="4" w:space="0" w:color="FC1921"/>
              <w:bottom w:val="single" w:sz="4" w:space="0" w:color="FC1921"/>
              <w:right w:val="single" w:sz="4" w:space="0" w:color="FC1921"/>
            </w:tcBorders>
            <w:shd w:val="clear" w:color="auto" w:fill="FC192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220EB5E" w14:textId="77777777" w:rsidR="00990464" w:rsidRDefault="00414212">
            <w:pPr>
              <w:spacing w:after="0" w:line="240" w:lineRule="auto"/>
            </w:pPr>
            <w:r>
              <w:rPr>
                <w:b/>
                <w:color w:val="FFFFFF"/>
                <w:sz w:val="22"/>
              </w:rPr>
              <w:t>Clinical data and/or documents requested</w:t>
            </w:r>
          </w:p>
          <w:p w14:paraId="4D9F84C9" w14:textId="77777777" w:rsidR="00990464" w:rsidRDefault="00414212">
            <w:pPr>
              <w:spacing w:after="0" w:line="240" w:lineRule="auto"/>
            </w:pPr>
            <w:r>
              <w:rPr>
                <w:color w:val="FFFFFF"/>
                <w:sz w:val="16"/>
              </w:rPr>
              <w:t>List specific studies, data fields and time points; include full Protocol/Study ID and/or ClinicalTrials.gov or EudraCT identifier; explain why each item is critical.</w:t>
            </w:r>
          </w:p>
        </w:tc>
      </w:tr>
      <w:tr w:rsidR="00990464" w14:paraId="0E0E2A3A" w14:textId="77777777" w:rsidTr="0084478C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BD3CA6F" w14:textId="77777777" w:rsidR="00990464" w:rsidRPr="007E3F66" w:rsidRDefault="00414212">
            <w:pPr>
              <w:spacing w:after="0" w:line="240" w:lineRule="auto"/>
            </w:pPr>
            <w:r w:rsidRPr="007E3F66">
              <w:rPr>
                <w:b/>
              </w:rPr>
              <w:t>Request</w:t>
            </w:r>
          </w:p>
        </w:tc>
        <w:tc>
          <w:tcPr>
            <w:tcW w:w="7128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3A8228F" w14:textId="77777777" w:rsidR="00990464" w:rsidRPr="007E3F66" w:rsidRDefault="00414212">
            <w:pPr>
              <w:spacing w:after="0" w:line="240" w:lineRule="auto"/>
            </w:pPr>
            <w:r w:rsidRPr="007E3F66">
              <w:rPr>
                <w:b/>
              </w:rPr>
              <w:t>Reason</w:t>
            </w:r>
          </w:p>
        </w:tc>
      </w:tr>
      <w:tr w:rsidR="00990464" w14:paraId="2DBF0D7D" w14:textId="77777777" w:rsidTr="0084478C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B62F1B3" w14:textId="77777777" w:rsidR="00990464" w:rsidRDefault="00990464">
            <w:pPr>
              <w:spacing w:after="0" w:line="240" w:lineRule="auto"/>
            </w:pPr>
          </w:p>
        </w:tc>
        <w:tc>
          <w:tcPr>
            <w:tcW w:w="7128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2F2C34E" w14:textId="77777777" w:rsidR="00990464" w:rsidRDefault="00990464">
            <w:pPr>
              <w:spacing w:after="0" w:line="240" w:lineRule="auto"/>
            </w:pPr>
          </w:p>
        </w:tc>
      </w:tr>
      <w:tr w:rsidR="00990464" w14:paraId="680A4E5D" w14:textId="77777777" w:rsidTr="0084478C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9219836" w14:textId="77777777" w:rsidR="00990464" w:rsidRDefault="00990464">
            <w:pPr>
              <w:spacing w:after="0" w:line="240" w:lineRule="auto"/>
            </w:pPr>
          </w:p>
        </w:tc>
        <w:tc>
          <w:tcPr>
            <w:tcW w:w="7128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96FEF7D" w14:textId="77777777" w:rsidR="00990464" w:rsidRDefault="00990464">
            <w:pPr>
              <w:spacing w:after="0" w:line="240" w:lineRule="auto"/>
            </w:pPr>
          </w:p>
        </w:tc>
      </w:tr>
      <w:tr w:rsidR="00990464" w14:paraId="7194DBDC" w14:textId="77777777" w:rsidTr="0084478C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69D0D3C" w14:textId="77777777" w:rsidR="00990464" w:rsidRDefault="00990464">
            <w:pPr>
              <w:spacing w:after="0" w:line="240" w:lineRule="auto"/>
            </w:pPr>
          </w:p>
        </w:tc>
        <w:tc>
          <w:tcPr>
            <w:tcW w:w="7128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4CD245A" w14:textId="77777777" w:rsidR="00990464" w:rsidRDefault="00990464">
            <w:pPr>
              <w:spacing w:after="0" w:line="240" w:lineRule="auto"/>
            </w:pPr>
          </w:p>
        </w:tc>
      </w:tr>
      <w:tr w:rsidR="00990464" w14:paraId="1231BE67" w14:textId="77777777" w:rsidTr="0084478C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6FEB5B0" w14:textId="77777777" w:rsidR="00990464" w:rsidRDefault="00990464">
            <w:pPr>
              <w:spacing w:after="0" w:line="240" w:lineRule="auto"/>
            </w:pPr>
          </w:p>
        </w:tc>
        <w:tc>
          <w:tcPr>
            <w:tcW w:w="7128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0D7AA69" w14:textId="77777777" w:rsidR="00990464" w:rsidRDefault="00990464">
            <w:pPr>
              <w:spacing w:after="0" w:line="240" w:lineRule="auto"/>
            </w:pPr>
          </w:p>
        </w:tc>
      </w:tr>
      <w:tr w:rsidR="00990464" w14:paraId="7196D064" w14:textId="77777777" w:rsidTr="0084478C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4FF1C98" w14:textId="77777777" w:rsidR="00990464" w:rsidRDefault="00990464">
            <w:pPr>
              <w:spacing w:after="0" w:line="240" w:lineRule="auto"/>
            </w:pPr>
          </w:p>
        </w:tc>
        <w:tc>
          <w:tcPr>
            <w:tcW w:w="7128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D072C0D" w14:textId="77777777" w:rsidR="00990464" w:rsidRDefault="00990464">
            <w:pPr>
              <w:spacing w:after="0" w:line="240" w:lineRule="auto"/>
            </w:pPr>
          </w:p>
        </w:tc>
      </w:tr>
      <w:tr w:rsidR="00990464" w14:paraId="7392D174" w14:textId="77777777">
        <w:trPr>
          <w:cantSplit/>
          <w:tblCellSpacing w:w="0" w:type="dxa"/>
          <w:jc w:val="center"/>
        </w:trPr>
        <w:tc>
          <w:tcPr>
            <w:tcW w:w="10224" w:type="dxa"/>
            <w:gridSpan w:val="2"/>
            <w:tcBorders>
              <w:top w:val="single" w:sz="4" w:space="0" w:color="FC1921"/>
              <w:left w:val="single" w:sz="4" w:space="0" w:color="FC1921"/>
              <w:bottom w:val="single" w:sz="4" w:space="0" w:color="FC1921"/>
              <w:right w:val="single" w:sz="4" w:space="0" w:color="FC1921"/>
            </w:tcBorders>
            <w:shd w:val="clear" w:color="auto" w:fill="FC192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3D88DC6" w14:textId="77777777" w:rsidR="00990464" w:rsidRDefault="00414212">
            <w:pPr>
              <w:spacing w:after="0" w:line="240" w:lineRule="auto"/>
            </w:pPr>
            <w:r>
              <w:rPr>
                <w:b/>
                <w:color w:val="FFFFFF"/>
                <w:sz w:val="22"/>
              </w:rPr>
              <w:lastRenderedPageBreak/>
              <w:t>Research duration</w:t>
            </w:r>
          </w:p>
          <w:p w14:paraId="42DAE25E" w14:textId="77777777" w:rsidR="00990464" w:rsidRDefault="00414212">
            <w:pPr>
              <w:spacing w:after="0" w:line="240" w:lineRule="auto"/>
            </w:pPr>
            <w:r>
              <w:rPr>
                <w:color w:val="FFFFFF"/>
                <w:sz w:val="16"/>
              </w:rPr>
              <w:t>Enter the proposed duration to complete the research, for example 6, 12 or 24 months.</w:t>
            </w:r>
          </w:p>
        </w:tc>
      </w:tr>
      <w:tr w:rsidR="00990464" w14:paraId="6BD18F9B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rHeight w:val="520"/>
          <w:tblCellSpacing w:w="0" w:type="dxa"/>
          <w:jc w:val="center"/>
        </w:trPr>
        <w:tc>
          <w:tcPr>
            <w:tcW w:w="10224" w:type="dxa"/>
            <w:gridSpan w:val="2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38601FE" w14:textId="77777777" w:rsidR="00990464" w:rsidRDefault="00990464">
            <w:pPr>
              <w:spacing w:after="0" w:line="240" w:lineRule="auto"/>
            </w:pPr>
          </w:p>
        </w:tc>
      </w:tr>
    </w:tbl>
    <w:p w14:paraId="0F3CABC7" w14:textId="77777777" w:rsidR="00990464" w:rsidRDefault="00990464">
      <w:pPr>
        <w:spacing w:after="40"/>
      </w:pPr>
    </w:p>
    <w:tbl>
      <w:tblPr>
        <w:tblW w:w="10224" w:type="dxa"/>
        <w:jc w:val="center"/>
        <w:tblCellSpacing w:w="0" w:type="dxa"/>
        <w:tblBorders>
          <w:top w:val="single" w:sz="4" w:space="0" w:color="FC1921"/>
          <w:left w:val="single" w:sz="4" w:space="0" w:color="FC1921"/>
          <w:bottom w:val="single" w:sz="4" w:space="0" w:color="FC1921"/>
          <w:right w:val="single" w:sz="4" w:space="0" w:color="FC1921"/>
          <w:insideH w:val="single" w:sz="4" w:space="0" w:color="FC1921"/>
          <w:insideV w:val="single" w:sz="4" w:space="0" w:color="FC1921"/>
        </w:tblBorders>
        <w:tblLayout w:type="fixed"/>
        <w:tblLook w:val="0600" w:firstRow="0" w:lastRow="0" w:firstColumn="0" w:lastColumn="0" w:noHBand="1" w:noVBand="1"/>
      </w:tblPr>
      <w:tblGrid>
        <w:gridCol w:w="3096"/>
        <w:gridCol w:w="7128"/>
      </w:tblGrid>
      <w:tr w:rsidR="00990464" w14:paraId="0B18DA5F" w14:textId="77777777">
        <w:trPr>
          <w:cantSplit/>
          <w:tblCellSpacing w:w="0" w:type="dxa"/>
          <w:jc w:val="center"/>
        </w:trPr>
        <w:tc>
          <w:tcPr>
            <w:tcW w:w="10224" w:type="dxa"/>
            <w:gridSpan w:val="2"/>
            <w:tcBorders>
              <w:top w:val="single" w:sz="4" w:space="0" w:color="FC1921"/>
              <w:left w:val="single" w:sz="4" w:space="0" w:color="FC1921"/>
              <w:bottom w:val="single" w:sz="4" w:space="0" w:color="FC1921"/>
              <w:right w:val="single" w:sz="4" w:space="0" w:color="FC1921"/>
            </w:tcBorders>
            <w:shd w:val="clear" w:color="auto" w:fill="FC192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66D4F00" w14:textId="77777777" w:rsidR="00990464" w:rsidRDefault="00414212">
            <w:pPr>
              <w:spacing w:after="0" w:line="240" w:lineRule="auto"/>
            </w:pPr>
            <w:r>
              <w:rPr>
                <w:b/>
                <w:color w:val="FFFFFF"/>
                <w:sz w:val="22"/>
              </w:rPr>
              <w:t>Ethics / IRB approval</w:t>
            </w:r>
          </w:p>
        </w:tc>
      </w:tr>
      <w:tr w:rsidR="00990464" w14:paraId="374AEC08" w14:textId="77777777" w:rsidTr="4986AD49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C41FEFD" w14:textId="77777777" w:rsidR="00990464" w:rsidRDefault="00414212">
            <w:pPr>
              <w:spacing w:after="0" w:line="240" w:lineRule="auto"/>
            </w:pPr>
            <w:r>
              <w:rPr>
                <w:b/>
                <w:color w:val="000000"/>
              </w:rPr>
              <w:t>Does the proposed research require Ethics/IRB approval?</w:t>
            </w:r>
          </w:p>
        </w:tc>
        <w:tc>
          <w:tcPr>
            <w:tcW w:w="712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B08B5D1" w14:textId="42A844B9" w:rsidR="00990464" w:rsidRDefault="00376143" w:rsidP="4986AD49">
            <w:pPr>
              <w:spacing w:after="0" w:line="240" w:lineRule="auto"/>
              <w:rPr>
                <w:szCs w:val="18"/>
              </w:rPr>
            </w:pPr>
            <w:r>
              <w:rPr>
                <w:szCs w:val="18"/>
              </w:rPr>
              <w:t xml:space="preserve">  </w:t>
            </w:r>
            <w:r w:rsidR="00A97FFB">
              <w:rPr>
                <w:szCs w:val="18"/>
              </w:rPr>
              <w:t xml:space="preserve">  </w:t>
            </w:r>
            <w:r w:rsidR="56B869CD" w:rsidRPr="4986AD49">
              <w:rPr>
                <w:szCs w:val="18"/>
              </w:rPr>
              <w:t xml:space="preserve">☐ Yes   </w:t>
            </w:r>
            <w:r w:rsidR="00746CA5">
              <w:rPr>
                <w:szCs w:val="18"/>
              </w:rPr>
              <w:t xml:space="preserve">     </w:t>
            </w:r>
            <w:r w:rsidR="00DF0B5D">
              <w:rPr>
                <w:szCs w:val="18"/>
              </w:rPr>
              <w:t xml:space="preserve">     </w:t>
            </w:r>
            <w:r w:rsidR="00F3119E">
              <w:rPr>
                <w:szCs w:val="18"/>
              </w:rPr>
              <w:t xml:space="preserve">  </w:t>
            </w:r>
            <w:r w:rsidR="56B869CD" w:rsidRPr="4986AD49">
              <w:rPr>
                <w:szCs w:val="18"/>
              </w:rPr>
              <w:t>☐ No</w:t>
            </w:r>
          </w:p>
        </w:tc>
      </w:tr>
    </w:tbl>
    <w:p w14:paraId="0AD9C6F4" w14:textId="77777777" w:rsidR="00990464" w:rsidRDefault="00990464">
      <w:pPr>
        <w:spacing w:after="40"/>
      </w:pPr>
    </w:p>
    <w:tbl>
      <w:tblPr>
        <w:tblW w:w="10224" w:type="dxa"/>
        <w:jc w:val="center"/>
        <w:tblCellSpacing w:w="0" w:type="dxa"/>
        <w:tblBorders>
          <w:top w:val="single" w:sz="4" w:space="0" w:color="FC1921"/>
          <w:left w:val="single" w:sz="4" w:space="0" w:color="FC1921"/>
          <w:bottom w:val="single" w:sz="4" w:space="0" w:color="FC1921"/>
          <w:right w:val="single" w:sz="4" w:space="0" w:color="FC1921"/>
          <w:insideH w:val="single" w:sz="4" w:space="0" w:color="FC1921"/>
          <w:insideV w:val="single" w:sz="4" w:space="0" w:color="FC1921"/>
        </w:tblBorders>
        <w:tblLayout w:type="fixed"/>
        <w:tblLook w:val="0600" w:firstRow="0" w:lastRow="0" w:firstColumn="0" w:lastColumn="0" w:noHBand="1" w:noVBand="1"/>
      </w:tblPr>
      <w:tblGrid>
        <w:gridCol w:w="3096"/>
        <w:gridCol w:w="7128"/>
      </w:tblGrid>
      <w:tr w:rsidR="00990464" w14:paraId="7F2FDF9C" w14:textId="77777777">
        <w:trPr>
          <w:cantSplit/>
          <w:tblCellSpacing w:w="0" w:type="dxa"/>
          <w:jc w:val="center"/>
        </w:trPr>
        <w:tc>
          <w:tcPr>
            <w:tcW w:w="10224" w:type="dxa"/>
            <w:gridSpan w:val="2"/>
            <w:tcBorders>
              <w:top w:val="single" w:sz="4" w:space="0" w:color="FC1921"/>
              <w:left w:val="single" w:sz="4" w:space="0" w:color="FC1921"/>
              <w:bottom w:val="single" w:sz="4" w:space="0" w:color="FC1921"/>
              <w:right w:val="single" w:sz="4" w:space="0" w:color="FC1921"/>
            </w:tcBorders>
            <w:shd w:val="clear" w:color="auto" w:fill="FC192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F5B4A4B" w14:textId="77777777" w:rsidR="00990464" w:rsidRDefault="00414212">
            <w:pPr>
              <w:spacing w:after="0" w:line="240" w:lineRule="auto"/>
            </w:pPr>
            <w:r>
              <w:rPr>
                <w:b/>
                <w:color w:val="FFFFFF"/>
                <w:sz w:val="22"/>
              </w:rPr>
              <w:t>Summary of Statistical Analysis Plan (SAP)</w:t>
            </w:r>
          </w:p>
        </w:tc>
      </w:tr>
      <w:tr w:rsidR="00990464" w14:paraId="77FF4F02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rHeight w:val="620"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D03C06D" w14:textId="77777777" w:rsidR="00990464" w:rsidRDefault="00414212">
            <w:pPr>
              <w:spacing w:after="0" w:line="240" w:lineRule="auto"/>
            </w:pPr>
            <w:r>
              <w:rPr>
                <w:b/>
                <w:color w:val="000000"/>
              </w:rPr>
              <w:t>Endpoints and time points</w:t>
            </w:r>
          </w:p>
        </w:tc>
        <w:tc>
          <w:tcPr>
            <w:tcW w:w="712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B1F511A" w14:textId="77777777" w:rsidR="00990464" w:rsidRDefault="00990464">
            <w:pPr>
              <w:spacing w:after="0" w:line="240" w:lineRule="auto"/>
            </w:pPr>
          </w:p>
        </w:tc>
      </w:tr>
      <w:tr w:rsidR="00990464" w14:paraId="21D7686A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rHeight w:val="620"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3923C19" w14:textId="77777777" w:rsidR="00990464" w:rsidRDefault="00414212">
            <w:pPr>
              <w:spacing w:after="0" w:line="240" w:lineRule="auto"/>
            </w:pPr>
            <w:r>
              <w:rPr>
                <w:b/>
                <w:color w:val="000000"/>
              </w:rPr>
              <w:t>Patient selection criteria</w:t>
            </w:r>
          </w:p>
        </w:tc>
        <w:tc>
          <w:tcPr>
            <w:tcW w:w="712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5F9C3DC" w14:textId="77777777" w:rsidR="00990464" w:rsidRDefault="00990464">
            <w:pPr>
              <w:spacing w:after="0" w:line="240" w:lineRule="auto"/>
            </w:pPr>
          </w:p>
        </w:tc>
      </w:tr>
      <w:tr w:rsidR="00990464" w14:paraId="465B5BFD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rHeight w:val="620"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47F7D49" w14:textId="77777777" w:rsidR="00990464" w:rsidRDefault="00414212">
            <w:pPr>
              <w:spacing w:after="0" w:line="240" w:lineRule="auto"/>
            </w:pPr>
            <w:r>
              <w:rPr>
                <w:b/>
                <w:color w:val="000000"/>
              </w:rPr>
              <w:t>Effect measures</w:t>
            </w:r>
          </w:p>
        </w:tc>
        <w:tc>
          <w:tcPr>
            <w:tcW w:w="712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023141B" w14:textId="77777777" w:rsidR="00990464" w:rsidRDefault="00990464">
            <w:pPr>
              <w:spacing w:after="0" w:line="240" w:lineRule="auto"/>
            </w:pPr>
          </w:p>
        </w:tc>
      </w:tr>
      <w:tr w:rsidR="00990464" w14:paraId="65351E8B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rHeight w:val="620"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F1571BD" w14:textId="77777777" w:rsidR="00990464" w:rsidRDefault="00414212">
            <w:pPr>
              <w:spacing w:after="0" w:line="240" w:lineRule="auto"/>
            </w:pPr>
            <w:r>
              <w:rPr>
                <w:b/>
                <w:color w:val="000000"/>
              </w:rPr>
              <w:t>Statistical models and tests</w:t>
            </w:r>
          </w:p>
        </w:tc>
        <w:tc>
          <w:tcPr>
            <w:tcW w:w="712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F3B1409" w14:textId="77777777" w:rsidR="00990464" w:rsidRDefault="00990464">
            <w:pPr>
              <w:spacing w:after="0" w:line="240" w:lineRule="auto"/>
            </w:pPr>
          </w:p>
        </w:tc>
      </w:tr>
      <w:tr w:rsidR="00990464" w14:paraId="23F5A6ED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rHeight w:val="620"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EB369A6" w14:textId="77777777" w:rsidR="00990464" w:rsidRDefault="00414212">
            <w:pPr>
              <w:spacing w:after="0" w:line="240" w:lineRule="auto"/>
            </w:pPr>
            <w:r>
              <w:rPr>
                <w:b/>
                <w:color w:val="000000"/>
              </w:rPr>
              <w:t>Adjustment strategies</w:t>
            </w:r>
          </w:p>
        </w:tc>
        <w:tc>
          <w:tcPr>
            <w:tcW w:w="712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62C75D1" w14:textId="77777777" w:rsidR="00990464" w:rsidRDefault="00990464">
            <w:pPr>
              <w:spacing w:after="0" w:line="240" w:lineRule="auto"/>
            </w:pPr>
          </w:p>
        </w:tc>
      </w:tr>
      <w:tr w:rsidR="00990464" w14:paraId="190F92C1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rHeight w:val="620"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47D5ACB" w14:textId="77777777" w:rsidR="00990464" w:rsidRDefault="00414212">
            <w:pPr>
              <w:spacing w:after="0" w:line="240" w:lineRule="auto"/>
            </w:pPr>
            <w:r>
              <w:rPr>
                <w:b/>
                <w:color w:val="000000"/>
              </w:rPr>
              <w:t>Multiplicity approach</w:t>
            </w:r>
          </w:p>
        </w:tc>
        <w:tc>
          <w:tcPr>
            <w:tcW w:w="712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64355AD" w14:textId="77777777" w:rsidR="00990464" w:rsidRDefault="00990464">
            <w:pPr>
              <w:spacing w:after="0" w:line="240" w:lineRule="auto"/>
            </w:pPr>
          </w:p>
        </w:tc>
      </w:tr>
      <w:tr w:rsidR="00990464" w14:paraId="685B4AF1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rHeight w:val="620"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3E39819" w14:textId="7C76E80A" w:rsidR="00990464" w:rsidRDefault="00414212">
            <w:pPr>
              <w:spacing w:after="0" w:line="240" w:lineRule="auto"/>
            </w:pPr>
            <w:r>
              <w:rPr>
                <w:b/>
                <w:color w:val="000000"/>
              </w:rPr>
              <w:t>Statistical precision / power</w:t>
            </w:r>
            <w:r w:rsidR="00604909">
              <w:rPr>
                <w:b/>
                <w:color w:val="000000"/>
              </w:rPr>
              <w:t xml:space="preserve"> for</w:t>
            </w:r>
            <w:r w:rsidR="0095077E">
              <w:rPr>
                <w:b/>
                <w:color w:val="000000"/>
              </w:rPr>
              <w:t xml:space="preserve"> sampl</w:t>
            </w:r>
            <w:r w:rsidR="00D33321">
              <w:rPr>
                <w:b/>
                <w:color w:val="000000"/>
              </w:rPr>
              <w:t>e siz</w:t>
            </w:r>
            <w:r w:rsidR="004310E9">
              <w:rPr>
                <w:b/>
                <w:color w:val="000000"/>
              </w:rPr>
              <w:t>e</w:t>
            </w:r>
          </w:p>
        </w:tc>
        <w:tc>
          <w:tcPr>
            <w:tcW w:w="712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A965116" w14:textId="77777777" w:rsidR="00990464" w:rsidRDefault="00990464">
            <w:pPr>
              <w:spacing w:after="0" w:line="240" w:lineRule="auto"/>
            </w:pPr>
          </w:p>
        </w:tc>
      </w:tr>
      <w:tr w:rsidR="00990464" w14:paraId="6B3FC293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rHeight w:val="620"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5B6AAB4" w14:textId="77777777" w:rsidR="00990464" w:rsidRDefault="00414212">
            <w:pPr>
              <w:spacing w:after="0" w:line="240" w:lineRule="auto"/>
            </w:pPr>
            <w:r>
              <w:rPr>
                <w:b/>
                <w:color w:val="000000"/>
              </w:rPr>
              <w:t>Strengths and limitations</w:t>
            </w:r>
          </w:p>
        </w:tc>
        <w:tc>
          <w:tcPr>
            <w:tcW w:w="712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DF4E37C" w14:textId="77777777" w:rsidR="00990464" w:rsidRDefault="00990464">
            <w:pPr>
              <w:spacing w:after="0" w:line="240" w:lineRule="auto"/>
            </w:pPr>
          </w:p>
        </w:tc>
      </w:tr>
    </w:tbl>
    <w:p w14:paraId="787D3D77" w14:textId="77777777" w:rsidR="00990464" w:rsidRDefault="00414212">
      <w:r>
        <w:rPr>
          <w:b/>
          <w:color w:val="FC1921"/>
        </w:rPr>
        <w:t>Attach a detailed SAP covering:</w:t>
      </w:r>
    </w:p>
    <w:p w14:paraId="219D3C79" w14:textId="0AF296B3" w:rsidR="00990464" w:rsidRDefault="00414212">
      <w:pPr>
        <w:spacing w:after="20"/>
      </w:pPr>
      <w:r>
        <w:rPr>
          <w:color w:val="808284"/>
          <w:sz w:val="16"/>
        </w:rPr>
        <w:t xml:space="preserve">• planned population, inclusion/exclusion criteria, exposure criteria and </w:t>
      </w:r>
      <w:r w:rsidR="00AF308F">
        <w:rPr>
          <w:color w:val="808284"/>
          <w:sz w:val="16"/>
        </w:rPr>
        <w:t>eve</w:t>
      </w:r>
      <w:r w:rsidR="00133B4B">
        <w:rPr>
          <w:color w:val="808284"/>
          <w:sz w:val="16"/>
        </w:rPr>
        <w:t>nts de</w:t>
      </w:r>
      <w:r w:rsidR="00271A34">
        <w:rPr>
          <w:color w:val="808284"/>
          <w:sz w:val="16"/>
        </w:rPr>
        <w:t>finin</w:t>
      </w:r>
      <w:r w:rsidR="0053288D">
        <w:rPr>
          <w:color w:val="808284"/>
          <w:sz w:val="16"/>
        </w:rPr>
        <w:t>g</w:t>
      </w:r>
      <w:r w:rsidR="0009531B">
        <w:rPr>
          <w:color w:val="808284"/>
          <w:sz w:val="16"/>
        </w:rPr>
        <w:t xml:space="preserve"> cases </w:t>
      </w:r>
      <w:r w:rsidR="004E2770">
        <w:rPr>
          <w:color w:val="808284"/>
          <w:sz w:val="16"/>
        </w:rPr>
        <w:t>and</w:t>
      </w:r>
      <w:r w:rsidR="00383BC9">
        <w:rPr>
          <w:color w:val="808284"/>
          <w:sz w:val="16"/>
        </w:rPr>
        <w:t xml:space="preserve"> exp</w:t>
      </w:r>
      <w:r w:rsidR="00BB5BFD">
        <w:rPr>
          <w:color w:val="808284"/>
          <w:sz w:val="16"/>
        </w:rPr>
        <w:t>osed study gr</w:t>
      </w:r>
      <w:r w:rsidR="008A228F">
        <w:rPr>
          <w:color w:val="808284"/>
          <w:sz w:val="16"/>
        </w:rPr>
        <w:t>oups</w:t>
      </w:r>
    </w:p>
    <w:p w14:paraId="396E1527" w14:textId="4CAB233E" w:rsidR="00990464" w:rsidRDefault="00414212">
      <w:pPr>
        <w:spacing w:after="20"/>
      </w:pPr>
      <w:r>
        <w:rPr>
          <w:color w:val="808284"/>
          <w:sz w:val="16"/>
        </w:rPr>
        <w:t xml:space="preserve">• </w:t>
      </w:r>
      <w:r w:rsidR="008B6F92">
        <w:rPr>
          <w:color w:val="808284"/>
          <w:sz w:val="16"/>
        </w:rPr>
        <w:t>effect</w:t>
      </w:r>
      <w:r w:rsidR="00430AAB">
        <w:rPr>
          <w:color w:val="808284"/>
          <w:sz w:val="16"/>
        </w:rPr>
        <w:t xml:space="preserve"> </w:t>
      </w:r>
      <w:r>
        <w:rPr>
          <w:color w:val="808284"/>
          <w:sz w:val="16"/>
        </w:rPr>
        <w:t xml:space="preserve">measures, </w:t>
      </w:r>
      <w:r w:rsidR="00D41A8B">
        <w:rPr>
          <w:color w:val="808284"/>
          <w:sz w:val="16"/>
        </w:rPr>
        <w:t>s</w:t>
      </w:r>
      <w:r w:rsidR="00D82680">
        <w:rPr>
          <w:color w:val="808284"/>
          <w:sz w:val="16"/>
        </w:rPr>
        <w:t>tat</w:t>
      </w:r>
      <w:r w:rsidR="007D446B">
        <w:rPr>
          <w:color w:val="808284"/>
          <w:sz w:val="16"/>
        </w:rPr>
        <w:t>istical</w:t>
      </w:r>
      <w:r w:rsidR="0002610C">
        <w:rPr>
          <w:color w:val="808284"/>
          <w:sz w:val="16"/>
        </w:rPr>
        <w:t xml:space="preserve"> </w:t>
      </w:r>
      <w:r>
        <w:rPr>
          <w:color w:val="808284"/>
          <w:sz w:val="16"/>
        </w:rPr>
        <w:t>models and</w:t>
      </w:r>
      <w:r w:rsidR="00475A9E">
        <w:rPr>
          <w:color w:val="808284"/>
          <w:sz w:val="16"/>
        </w:rPr>
        <w:t>/or</w:t>
      </w:r>
      <w:r>
        <w:rPr>
          <w:color w:val="808284"/>
          <w:sz w:val="16"/>
        </w:rPr>
        <w:t xml:space="preserve"> tests for each endpoint</w:t>
      </w:r>
    </w:p>
    <w:p w14:paraId="74FE1A41" w14:textId="020DD7C9" w:rsidR="00990464" w:rsidRDefault="00414212">
      <w:pPr>
        <w:spacing w:after="20"/>
      </w:pPr>
      <w:r>
        <w:rPr>
          <w:color w:val="808284"/>
          <w:sz w:val="16"/>
        </w:rPr>
        <w:t xml:space="preserve">• confounding adjustment </w:t>
      </w:r>
      <w:r w:rsidR="00427083">
        <w:rPr>
          <w:color w:val="808284"/>
          <w:sz w:val="16"/>
        </w:rPr>
        <w:t>met</w:t>
      </w:r>
      <w:r w:rsidR="0001191E">
        <w:rPr>
          <w:color w:val="808284"/>
          <w:sz w:val="16"/>
        </w:rPr>
        <w:t xml:space="preserve">hods, </w:t>
      </w:r>
      <w:r w:rsidR="007523C5">
        <w:rPr>
          <w:color w:val="808284"/>
          <w:sz w:val="16"/>
        </w:rPr>
        <w:t>conf</w:t>
      </w:r>
      <w:r w:rsidR="003D244A">
        <w:rPr>
          <w:color w:val="808284"/>
          <w:sz w:val="16"/>
        </w:rPr>
        <w:t>ounders</w:t>
      </w:r>
      <w:r w:rsidR="00B504DC">
        <w:rPr>
          <w:color w:val="808284"/>
          <w:sz w:val="16"/>
        </w:rPr>
        <w:t xml:space="preserve"> </w:t>
      </w:r>
      <w:r>
        <w:rPr>
          <w:color w:val="808284"/>
          <w:sz w:val="16"/>
        </w:rPr>
        <w:t>and</w:t>
      </w:r>
      <w:r w:rsidR="008E3251">
        <w:rPr>
          <w:color w:val="808284"/>
          <w:sz w:val="16"/>
        </w:rPr>
        <w:t>/or</w:t>
      </w:r>
      <w:r>
        <w:rPr>
          <w:color w:val="808284"/>
          <w:sz w:val="16"/>
        </w:rPr>
        <w:t xml:space="preserve"> covariate</w:t>
      </w:r>
      <w:r w:rsidR="000E6471">
        <w:rPr>
          <w:color w:val="808284"/>
          <w:sz w:val="16"/>
        </w:rPr>
        <w:t>s</w:t>
      </w:r>
      <w:r>
        <w:rPr>
          <w:color w:val="808284"/>
          <w:sz w:val="16"/>
        </w:rPr>
        <w:t xml:space="preserve"> selection</w:t>
      </w:r>
      <w:r w:rsidR="00B050F0">
        <w:rPr>
          <w:color w:val="808284"/>
          <w:sz w:val="16"/>
        </w:rPr>
        <w:t xml:space="preserve"> c</w:t>
      </w:r>
      <w:r w:rsidR="004E74B8">
        <w:rPr>
          <w:color w:val="808284"/>
          <w:sz w:val="16"/>
        </w:rPr>
        <w:t>riteria</w:t>
      </w:r>
    </w:p>
    <w:p w14:paraId="7F14AFC0" w14:textId="5436E0A1" w:rsidR="00990464" w:rsidRDefault="00414212">
      <w:pPr>
        <w:spacing w:after="20"/>
      </w:pPr>
      <w:r>
        <w:rPr>
          <w:color w:val="808284"/>
          <w:sz w:val="16"/>
        </w:rPr>
        <w:t xml:space="preserve">• </w:t>
      </w:r>
      <w:r w:rsidR="00305081">
        <w:rPr>
          <w:color w:val="808284"/>
          <w:sz w:val="16"/>
        </w:rPr>
        <w:t>p</w:t>
      </w:r>
      <w:r w:rsidR="001B119E" w:rsidRPr="001B119E">
        <w:rPr>
          <w:color w:val="808284"/>
          <w:sz w:val="16"/>
        </w:rPr>
        <w:t>ower, precision and clinically meaningful difference assumptions</w:t>
      </w:r>
    </w:p>
    <w:p w14:paraId="511F0B79" w14:textId="77777777" w:rsidR="00990464" w:rsidRDefault="00414212">
      <w:pPr>
        <w:spacing w:after="20"/>
      </w:pPr>
      <w:r>
        <w:rPr>
          <w:color w:val="808284"/>
          <w:sz w:val="16"/>
        </w:rPr>
        <w:t>• model fit tests and sensitivity analyses</w:t>
      </w:r>
    </w:p>
    <w:p w14:paraId="5A71B4F3" w14:textId="77777777" w:rsidR="00990464" w:rsidRDefault="00414212">
      <w:pPr>
        <w:spacing w:after="20"/>
      </w:pPr>
      <w:r>
        <w:rPr>
          <w:color w:val="808284"/>
          <w:sz w:val="16"/>
        </w:rPr>
        <w:t>• subgroup analyses and handling of missing or censored data</w:t>
      </w:r>
    </w:p>
    <w:p w14:paraId="66D2470F" w14:textId="6493BD3B" w:rsidR="00990464" w:rsidRDefault="00414212">
      <w:pPr>
        <w:spacing w:after="20"/>
      </w:pPr>
      <w:r>
        <w:rPr>
          <w:color w:val="808284"/>
          <w:sz w:val="16"/>
        </w:rPr>
        <w:t xml:space="preserve">• meta-analysis </w:t>
      </w:r>
      <w:r w:rsidR="00533880">
        <w:rPr>
          <w:color w:val="808284"/>
          <w:sz w:val="16"/>
        </w:rPr>
        <w:t>cri</w:t>
      </w:r>
      <w:r w:rsidR="00CF4C39">
        <w:rPr>
          <w:color w:val="808284"/>
          <w:sz w:val="16"/>
        </w:rPr>
        <w:t>teria</w:t>
      </w:r>
      <w:r w:rsidR="00450B14">
        <w:rPr>
          <w:color w:val="808284"/>
          <w:sz w:val="16"/>
        </w:rPr>
        <w:t xml:space="preserve"> and</w:t>
      </w:r>
      <w:r w:rsidR="009E15B3">
        <w:rPr>
          <w:color w:val="808284"/>
          <w:sz w:val="16"/>
        </w:rPr>
        <w:t xml:space="preserve"> </w:t>
      </w:r>
      <w:r w:rsidR="007C2A4B">
        <w:rPr>
          <w:color w:val="808284"/>
          <w:sz w:val="16"/>
        </w:rPr>
        <w:t>st</w:t>
      </w:r>
      <w:r w:rsidR="007D0D3E">
        <w:rPr>
          <w:color w:val="808284"/>
          <w:sz w:val="16"/>
        </w:rPr>
        <w:t xml:space="preserve">udy </w:t>
      </w:r>
      <w:r w:rsidR="001B7636">
        <w:rPr>
          <w:color w:val="808284"/>
          <w:sz w:val="16"/>
        </w:rPr>
        <w:t>elig</w:t>
      </w:r>
      <w:r w:rsidR="003C055A">
        <w:rPr>
          <w:color w:val="808284"/>
          <w:sz w:val="16"/>
        </w:rPr>
        <w:t>i</w:t>
      </w:r>
      <w:r w:rsidR="00E75675">
        <w:rPr>
          <w:color w:val="808284"/>
          <w:sz w:val="16"/>
        </w:rPr>
        <w:t>bility</w:t>
      </w:r>
      <w:r w:rsidR="006050F8">
        <w:rPr>
          <w:color w:val="808284"/>
          <w:sz w:val="16"/>
        </w:rPr>
        <w:t xml:space="preserve">, </w:t>
      </w:r>
      <w:r w:rsidR="00137B79">
        <w:rPr>
          <w:color w:val="808284"/>
          <w:sz w:val="16"/>
        </w:rPr>
        <w:t>methods</w:t>
      </w:r>
      <w:r>
        <w:rPr>
          <w:color w:val="808284"/>
          <w:sz w:val="16"/>
        </w:rPr>
        <w:t xml:space="preserve"> and heterogeneity assessment</w:t>
      </w:r>
    </w:p>
    <w:p w14:paraId="0B7210C9" w14:textId="77777777" w:rsidR="00990464" w:rsidRDefault="00414212">
      <w:pPr>
        <w:spacing w:after="20"/>
      </w:pPr>
      <w:r>
        <w:rPr>
          <w:color w:val="808284"/>
          <w:sz w:val="16"/>
        </w:rPr>
        <w:t>• presentation of results, strengths, limitations, potential bias and key assumptions</w:t>
      </w:r>
    </w:p>
    <w:p w14:paraId="44FB30F8" w14:textId="77777777" w:rsidR="00990464" w:rsidRDefault="00990464">
      <w:pPr>
        <w:spacing w:after="40"/>
      </w:pPr>
    </w:p>
    <w:p w14:paraId="1D7B376A" w14:textId="77777777" w:rsidR="00202C57" w:rsidRDefault="00202C57">
      <w:r>
        <w:br w:type="page"/>
      </w:r>
    </w:p>
    <w:tbl>
      <w:tblPr>
        <w:tblW w:w="10224" w:type="dxa"/>
        <w:jc w:val="center"/>
        <w:tblCellSpacing w:w="0" w:type="dxa"/>
        <w:tblBorders>
          <w:top w:val="single" w:sz="4" w:space="0" w:color="FC1921"/>
          <w:left w:val="single" w:sz="4" w:space="0" w:color="FC1921"/>
          <w:bottom w:val="single" w:sz="4" w:space="0" w:color="FC1921"/>
          <w:right w:val="single" w:sz="4" w:space="0" w:color="FC1921"/>
          <w:insideH w:val="single" w:sz="4" w:space="0" w:color="FC1921"/>
          <w:insideV w:val="single" w:sz="4" w:space="0" w:color="FC1921"/>
        </w:tblBorders>
        <w:tblLayout w:type="fixed"/>
        <w:tblLook w:val="0600" w:firstRow="0" w:lastRow="0" w:firstColumn="0" w:lastColumn="0" w:noHBand="1" w:noVBand="1"/>
      </w:tblPr>
      <w:tblGrid>
        <w:gridCol w:w="10224"/>
      </w:tblGrid>
      <w:tr w:rsidR="00990464" w14:paraId="1A5DD989" w14:textId="77777777">
        <w:trPr>
          <w:cantSplit/>
          <w:tblCellSpacing w:w="0" w:type="dxa"/>
          <w:jc w:val="center"/>
        </w:trPr>
        <w:tc>
          <w:tcPr>
            <w:tcW w:w="10224" w:type="dxa"/>
            <w:tcBorders>
              <w:top w:val="single" w:sz="4" w:space="0" w:color="FC1921"/>
              <w:left w:val="single" w:sz="4" w:space="0" w:color="FC1921"/>
              <w:bottom w:val="single" w:sz="4" w:space="0" w:color="FC1921"/>
              <w:right w:val="single" w:sz="4" w:space="0" w:color="FC1921"/>
            </w:tcBorders>
            <w:shd w:val="clear" w:color="auto" w:fill="FC192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0DF33D2" w14:textId="77777777" w:rsidR="00990464" w:rsidRDefault="00414212">
            <w:pPr>
              <w:spacing w:after="0" w:line="240" w:lineRule="auto"/>
            </w:pPr>
            <w:r>
              <w:rPr>
                <w:b/>
                <w:color w:val="FFFFFF"/>
                <w:sz w:val="22"/>
              </w:rPr>
              <w:lastRenderedPageBreak/>
              <w:t>Publication plan</w:t>
            </w:r>
          </w:p>
          <w:p w14:paraId="49D7841B" w14:textId="618A2250" w:rsidR="00990464" w:rsidRDefault="00414212">
            <w:pPr>
              <w:spacing w:after="0" w:line="240" w:lineRule="auto"/>
            </w:pPr>
            <w:r>
              <w:rPr>
                <w:color w:val="FFFFFF"/>
                <w:sz w:val="16"/>
              </w:rPr>
              <w:t>List the proposed output type</w:t>
            </w:r>
            <w:r w:rsidR="00CF3AFC">
              <w:rPr>
                <w:color w:val="FFFFFF"/>
                <w:sz w:val="16"/>
              </w:rPr>
              <w:t>, e.</w:t>
            </w:r>
            <w:r w:rsidR="00F81651">
              <w:rPr>
                <w:color w:val="FFFFFF"/>
                <w:sz w:val="16"/>
              </w:rPr>
              <w:t>g</w:t>
            </w:r>
            <w:r w:rsidR="0006554C">
              <w:rPr>
                <w:color w:val="FFFFFF"/>
                <w:sz w:val="16"/>
              </w:rPr>
              <w:t xml:space="preserve">. </w:t>
            </w:r>
            <w:r w:rsidR="00746983">
              <w:rPr>
                <w:color w:val="FFFFFF"/>
                <w:sz w:val="16"/>
              </w:rPr>
              <w:t>abstract</w:t>
            </w:r>
            <w:r w:rsidR="00027D95">
              <w:rPr>
                <w:color w:val="FFFFFF"/>
                <w:sz w:val="16"/>
              </w:rPr>
              <w:t>, manus</w:t>
            </w:r>
            <w:r w:rsidR="00A920A0">
              <w:rPr>
                <w:color w:val="FFFFFF"/>
                <w:sz w:val="16"/>
              </w:rPr>
              <w:t>cript</w:t>
            </w:r>
            <w:r w:rsidR="00ED4090">
              <w:rPr>
                <w:color w:val="FFFFFF"/>
                <w:sz w:val="16"/>
              </w:rPr>
              <w:t>,</w:t>
            </w:r>
            <w:r>
              <w:rPr>
                <w:color w:val="FFFFFF"/>
                <w:sz w:val="16"/>
              </w:rPr>
              <w:t xml:space="preserve"> and estimated submission date.</w:t>
            </w:r>
          </w:p>
        </w:tc>
      </w:tr>
      <w:tr w:rsidR="00990464" w14:paraId="1DA6542E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rHeight w:val="1040"/>
          <w:tblCellSpacing w:w="0" w:type="dxa"/>
          <w:jc w:val="center"/>
        </w:trPr>
        <w:tc>
          <w:tcPr>
            <w:tcW w:w="10224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041E394" w14:textId="77777777" w:rsidR="00990464" w:rsidRDefault="00990464">
            <w:pPr>
              <w:spacing w:after="0" w:line="240" w:lineRule="auto"/>
            </w:pPr>
          </w:p>
        </w:tc>
      </w:tr>
    </w:tbl>
    <w:p w14:paraId="722B00AE" w14:textId="77777777" w:rsidR="00990464" w:rsidRDefault="00990464">
      <w:pPr>
        <w:spacing w:after="40"/>
      </w:pPr>
    </w:p>
    <w:tbl>
      <w:tblPr>
        <w:tblW w:w="10224" w:type="dxa"/>
        <w:jc w:val="center"/>
        <w:tblCellSpacing w:w="0" w:type="dxa"/>
        <w:tblBorders>
          <w:top w:val="single" w:sz="4" w:space="0" w:color="FC1921"/>
          <w:left w:val="single" w:sz="4" w:space="0" w:color="FC1921"/>
          <w:bottom w:val="single" w:sz="4" w:space="0" w:color="FC1921"/>
          <w:right w:val="single" w:sz="4" w:space="0" w:color="FC1921"/>
          <w:insideH w:val="single" w:sz="4" w:space="0" w:color="FC1921"/>
          <w:insideV w:val="single" w:sz="4" w:space="0" w:color="FC1921"/>
        </w:tblBorders>
        <w:tblLayout w:type="fixed"/>
        <w:tblLook w:val="0600" w:firstRow="0" w:lastRow="0" w:firstColumn="0" w:lastColumn="0" w:noHBand="1" w:noVBand="1"/>
      </w:tblPr>
      <w:tblGrid>
        <w:gridCol w:w="10224"/>
      </w:tblGrid>
      <w:tr w:rsidR="00990464" w14:paraId="44EE2707" w14:textId="77777777">
        <w:trPr>
          <w:cantSplit/>
          <w:tblCellSpacing w:w="0" w:type="dxa"/>
          <w:jc w:val="center"/>
        </w:trPr>
        <w:tc>
          <w:tcPr>
            <w:tcW w:w="10224" w:type="dxa"/>
            <w:tcBorders>
              <w:top w:val="single" w:sz="4" w:space="0" w:color="FC1921"/>
              <w:left w:val="single" w:sz="4" w:space="0" w:color="FC1921"/>
              <w:bottom w:val="single" w:sz="4" w:space="0" w:color="FC1921"/>
              <w:right w:val="single" w:sz="4" w:space="0" w:color="FC1921"/>
            </w:tcBorders>
            <w:shd w:val="clear" w:color="auto" w:fill="FC192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6A447EB" w14:textId="77777777" w:rsidR="00990464" w:rsidRDefault="00414212">
            <w:pPr>
              <w:spacing w:after="0" w:line="240" w:lineRule="auto"/>
            </w:pPr>
            <w:r>
              <w:rPr>
                <w:b/>
                <w:color w:val="FFFFFF"/>
                <w:sz w:val="22"/>
              </w:rPr>
              <w:t>Research funding</w:t>
            </w:r>
          </w:p>
          <w:p w14:paraId="1D23DA9A" w14:textId="26DAA080" w:rsidR="00990464" w:rsidRDefault="00414212">
            <w:pPr>
              <w:spacing w:after="0" w:line="240" w:lineRule="auto"/>
            </w:pPr>
            <w:r>
              <w:rPr>
                <w:color w:val="FFFFFF"/>
                <w:sz w:val="16"/>
              </w:rPr>
              <w:t>Identify</w:t>
            </w:r>
            <w:r w:rsidR="005315B5">
              <w:rPr>
                <w:color w:val="FFFFFF"/>
                <w:sz w:val="16"/>
              </w:rPr>
              <w:t xml:space="preserve"> a</w:t>
            </w:r>
            <w:r w:rsidR="000409E5">
              <w:rPr>
                <w:color w:val="FFFFFF"/>
                <w:sz w:val="16"/>
              </w:rPr>
              <w:t>ll</w:t>
            </w:r>
            <w:r>
              <w:rPr>
                <w:color w:val="FFFFFF"/>
                <w:sz w:val="16"/>
              </w:rPr>
              <w:t xml:space="preserve"> current and planned funding sources</w:t>
            </w:r>
            <w:r w:rsidR="00BC2221">
              <w:rPr>
                <w:color w:val="FFFFFF"/>
                <w:sz w:val="16"/>
              </w:rPr>
              <w:t xml:space="preserve"> (</w:t>
            </w:r>
            <w:r w:rsidR="00537918">
              <w:rPr>
                <w:color w:val="FFFFFF"/>
                <w:sz w:val="16"/>
              </w:rPr>
              <w:t>fu</w:t>
            </w:r>
            <w:r w:rsidR="0078640D">
              <w:rPr>
                <w:color w:val="FFFFFF"/>
                <w:sz w:val="16"/>
              </w:rPr>
              <w:t>ll, pa</w:t>
            </w:r>
            <w:r w:rsidR="00562A99">
              <w:rPr>
                <w:color w:val="FFFFFF"/>
                <w:sz w:val="16"/>
              </w:rPr>
              <w:t>rtial</w:t>
            </w:r>
            <w:r w:rsidR="00091AA0">
              <w:rPr>
                <w:color w:val="FFFFFF"/>
                <w:sz w:val="16"/>
              </w:rPr>
              <w:t>;</w:t>
            </w:r>
            <w:r w:rsidR="00F25157">
              <w:rPr>
                <w:color w:val="FFFFFF"/>
                <w:sz w:val="16"/>
              </w:rPr>
              <w:t xml:space="preserve"> govern</w:t>
            </w:r>
            <w:r w:rsidR="00EB25B0">
              <w:rPr>
                <w:color w:val="FFFFFF"/>
                <w:sz w:val="16"/>
              </w:rPr>
              <w:t>ment</w:t>
            </w:r>
            <w:r w:rsidR="006D0B4B">
              <w:rPr>
                <w:color w:val="FFFFFF"/>
                <w:sz w:val="16"/>
              </w:rPr>
              <w:t>/</w:t>
            </w:r>
            <w:r w:rsidR="00F04C39">
              <w:rPr>
                <w:color w:val="FFFFFF"/>
                <w:sz w:val="16"/>
              </w:rPr>
              <w:t>agenc</w:t>
            </w:r>
            <w:r w:rsidR="00AB591E">
              <w:rPr>
                <w:color w:val="FFFFFF"/>
                <w:sz w:val="16"/>
              </w:rPr>
              <w:t>y</w:t>
            </w:r>
            <w:r w:rsidR="00EB25B0">
              <w:rPr>
                <w:color w:val="FFFFFF"/>
                <w:sz w:val="16"/>
              </w:rPr>
              <w:t xml:space="preserve"> gr</w:t>
            </w:r>
            <w:r w:rsidR="002A06FF">
              <w:rPr>
                <w:color w:val="FFFFFF"/>
                <w:sz w:val="16"/>
              </w:rPr>
              <w:t>ants</w:t>
            </w:r>
            <w:r w:rsidR="006A31CC">
              <w:rPr>
                <w:color w:val="FFFFFF"/>
                <w:sz w:val="16"/>
              </w:rPr>
              <w:t xml:space="preserve"> </w:t>
            </w:r>
            <w:r w:rsidR="008A3FE7">
              <w:rPr>
                <w:color w:val="FFFFFF"/>
                <w:sz w:val="16"/>
              </w:rPr>
              <w:t>etc</w:t>
            </w:r>
            <w:r w:rsidR="006C155B">
              <w:rPr>
                <w:color w:val="FFFFFF"/>
                <w:sz w:val="16"/>
              </w:rPr>
              <w:t>)</w:t>
            </w:r>
            <w:r w:rsidR="00DC6C2C">
              <w:rPr>
                <w:color w:val="FFFFFF"/>
                <w:sz w:val="16"/>
              </w:rPr>
              <w:t>, including reference identifiers</w:t>
            </w:r>
            <w:r w:rsidR="00D24C1D">
              <w:rPr>
                <w:color w:val="FFFFFF"/>
                <w:sz w:val="16"/>
              </w:rPr>
              <w:t>.</w:t>
            </w:r>
          </w:p>
        </w:tc>
      </w:tr>
      <w:tr w:rsidR="00990464" w14:paraId="42C6D796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rHeight w:val="1040"/>
          <w:tblCellSpacing w:w="0" w:type="dxa"/>
          <w:jc w:val="center"/>
        </w:trPr>
        <w:tc>
          <w:tcPr>
            <w:tcW w:w="10224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E1831B3" w14:textId="77777777" w:rsidR="00990464" w:rsidRDefault="00990464">
            <w:pPr>
              <w:spacing w:after="0" w:line="240" w:lineRule="auto"/>
            </w:pPr>
          </w:p>
        </w:tc>
      </w:tr>
    </w:tbl>
    <w:p w14:paraId="54E11D2A" w14:textId="77777777" w:rsidR="00990464" w:rsidRDefault="00990464">
      <w:pPr>
        <w:spacing w:after="40"/>
      </w:pPr>
    </w:p>
    <w:tbl>
      <w:tblPr>
        <w:tblW w:w="10224" w:type="dxa"/>
        <w:jc w:val="center"/>
        <w:tblCellSpacing w:w="0" w:type="dxa"/>
        <w:tblBorders>
          <w:top w:val="single" w:sz="4" w:space="0" w:color="FC1921"/>
          <w:left w:val="single" w:sz="4" w:space="0" w:color="FC1921"/>
          <w:bottom w:val="single" w:sz="4" w:space="0" w:color="FC1921"/>
          <w:right w:val="single" w:sz="4" w:space="0" w:color="FC1921"/>
          <w:insideH w:val="single" w:sz="4" w:space="0" w:color="FC1921"/>
          <w:insideV w:val="single" w:sz="4" w:space="0" w:color="FC1921"/>
        </w:tblBorders>
        <w:tblLayout w:type="fixed"/>
        <w:tblLook w:val="0600" w:firstRow="0" w:lastRow="0" w:firstColumn="0" w:lastColumn="0" w:noHBand="1" w:noVBand="1"/>
      </w:tblPr>
      <w:tblGrid>
        <w:gridCol w:w="3096"/>
        <w:gridCol w:w="7128"/>
      </w:tblGrid>
      <w:tr w:rsidR="00990464" w14:paraId="184C9516" w14:textId="77777777">
        <w:trPr>
          <w:cantSplit/>
          <w:tblCellSpacing w:w="0" w:type="dxa"/>
          <w:jc w:val="center"/>
        </w:trPr>
        <w:tc>
          <w:tcPr>
            <w:tcW w:w="10224" w:type="dxa"/>
            <w:gridSpan w:val="2"/>
            <w:tcBorders>
              <w:top w:val="single" w:sz="4" w:space="0" w:color="FC1921"/>
              <w:left w:val="single" w:sz="4" w:space="0" w:color="FC1921"/>
              <w:bottom w:val="single" w:sz="4" w:space="0" w:color="FC1921"/>
              <w:right w:val="single" w:sz="4" w:space="0" w:color="FC1921"/>
            </w:tcBorders>
            <w:shd w:val="clear" w:color="auto" w:fill="FC192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FF07A9C" w14:textId="77777777" w:rsidR="00990464" w:rsidRDefault="00414212">
            <w:pPr>
              <w:spacing w:after="0" w:line="240" w:lineRule="auto"/>
            </w:pPr>
            <w:r>
              <w:rPr>
                <w:b/>
                <w:color w:val="FFFFFF"/>
                <w:sz w:val="22"/>
              </w:rPr>
              <w:t>Potential conflicts of interest</w:t>
            </w:r>
          </w:p>
          <w:p w14:paraId="23C466F9" w14:textId="2FFE75DC" w:rsidR="00990464" w:rsidRPr="00F31D0E" w:rsidRDefault="00F31D0E" w:rsidP="00F31D0E">
            <w:pPr>
              <w:spacing w:after="0"/>
              <w:rPr>
                <w:kern w:val="2"/>
                <w:szCs w:val="18"/>
                <w14:ligatures w14:val="standardContextual"/>
              </w:rPr>
            </w:pPr>
            <w:r>
              <w:rPr>
                <w:color w:val="FFFFFF"/>
                <w:sz w:val="16"/>
                <w:szCs w:val="16"/>
              </w:rPr>
              <w:t>Disclose any relationship involving a research team member that could be perceived as influencing the research design, conduct or interpretation.</w:t>
            </w:r>
          </w:p>
        </w:tc>
      </w:tr>
      <w:tr w:rsidR="00990464" w14:paraId="20D774BA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12A9712" w14:textId="77777777" w:rsidR="00990464" w:rsidRPr="004B7F8E" w:rsidRDefault="00414212">
            <w:pPr>
              <w:spacing w:after="0" w:line="240" w:lineRule="auto"/>
            </w:pPr>
            <w:r w:rsidRPr="004B7F8E">
              <w:rPr>
                <w:b/>
              </w:rPr>
              <w:t>Researcher name</w:t>
            </w:r>
          </w:p>
        </w:tc>
        <w:tc>
          <w:tcPr>
            <w:tcW w:w="712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F736089" w14:textId="77777777" w:rsidR="00990464" w:rsidRPr="004B7F8E" w:rsidRDefault="00414212">
            <w:pPr>
              <w:spacing w:after="0" w:line="240" w:lineRule="auto"/>
            </w:pPr>
            <w:r w:rsidRPr="004B7F8E">
              <w:rPr>
                <w:b/>
              </w:rPr>
              <w:t>Potential conflict of interest</w:t>
            </w:r>
          </w:p>
        </w:tc>
      </w:tr>
      <w:tr w:rsidR="00990464" w14:paraId="31126E5D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DE403A5" w14:textId="77777777" w:rsidR="00990464" w:rsidRDefault="00990464">
            <w:pPr>
              <w:spacing w:after="0" w:line="240" w:lineRule="auto"/>
            </w:pPr>
          </w:p>
        </w:tc>
        <w:tc>
          <w:tcPr>
            <w:tcW w:w="712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2431CDC" w14:textId="77777777" w:rsidR="00990464" w:rsidRDefault="00990464">
            <w:pPr>
              <w:spacing w:after="0" w:line="240" w:lineRule="auto"/>
            </w:pPr>
          </w:p>
        </w:tc>
      </w:tr>
      <w:tr w:rsidR="00990464" w14:paraId="49E398E2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6287F21" w14:textId="77777777" w:rsidR="00990464" w:rsidRDefault="00990464">
            <w:pPr>
              <w:spacing w:after="0" w:line="240" w:lineRule="auto"/>
            </w:pPr>
          </w:p>
        </w:tc>
        <w:tc>
          <w:tcPr>
            <w:tcW w:w="712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BE93A62" w14:textId="77777777" w:rsidR="00990464" w:rsidRDefault="00990464">
            <w:pPr>
              <w:spacing w:after="0" w:line="240" w:lineRule="auto"/>
            </w:pPr>
          </w:p>
        </w:tc>
      </w:tr>
      <w:tr w:rsidR="00990464" w14:paraId="384BA73E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4B3F2EB" w14:textId="77777777" w:rsidR="00990464" w:rsidRDefault="00990464">
            <w:pPr>
              <w:spacing w:after="0" w:line="240" w:lineRule="auto"/>
            </w:pPr>
          </w:p>
        </w:tc>
        <w:tc>
          <w:tcPr>
            <w:tcW w:w="712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D34F5C7" w14:textId="77777777" w:rsidR="00990464" w:rsidRDefault="00990464">
            <w:pPr>
              <w:spacing w:after="0" w:line="240" w:lineRule="auto"/>
            </w:pPr>
          </w:p>
        </w:tc>
      </w:tr>
      <w:tr w:rsidR="00990464" w14:paraId="0B4020A7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D7B270A" w14:textId="77777777" w:rsidR="00990464" w:rsidRDefault="00990464">
            <w:pPr>
              <w:spacing w:after="0" w:line="240" w:lineRule="auto"/>
            </w:pPr>
          </w:p>
        </w:tc>
        <w:tc>
          <w:tcPr>
            <w:tcW w:w="712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F904CB7" w14:textId="77777777" w:rsidR="00990464" w:rsidRDefault="00990464">
            <w:pPr>
              <w:spacing w:after="0" w:line="240" w:lineRule="auto"/>
            </w:pPr>
          </w:p>
        </w:tc>
      </w:tr>
      <w:tr w:rsidR="00990464" w14:paraId="06971CD3" w14:textId="77777777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</w:tblPrEx>
        <w:trPr>
          <w:cantSplit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A1F701D" w14:textId="77777777" w:rsidR="00990464" w:rsidRDefault="00990464">
            <w:pPr>
              <w:spacing w:after="0" w:line="240" w:lineRule="auto"/>
            </w:pPr>
          </w:p>
        </w:tc>
        <w:tc>
          <w:tcPr>
            <w:tcW w:w="7127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3EFCA41" w14:textId="77777777" w:rsidR="00990464" w:rsidRDefault="00990464">
            <w:pPr>
              <w:spacing w:after="0" w:line="240" w:lineRule="auto"/>
            </w:pPr>
          </w:p>
        </w:tc>
      </w:tr>
    </w:tbl>
    <w:p w14:paraId="5F96A722" w14:textId="77777777" w:rsidR="00990464" w:rsidRDefault="00990464">
      <w:pPr>
        <w:spacing w:after="40"/>
      </w:pPr>
    </w:p>
    <w:tbl>
      <w:tblPr>
        <w:tblW w:w="10206" w:type="dxa"/>
        <w:jc w:val="center"/>
        <w:tblCellSpacing w:w="0" w:type="dxa"/>
        <w:tblBorders>
          <w:top w:val="single" w:sz="4" w:space="0" w:color="FC1921"/>
          <w:left w:val="single" w:sz="4" w:space="0" w:color="FC1921"/>
          <w:bottom w:val="single" w:sz="4" w:space="0" w:color="FC1921"/>
          <w:right w:val="single" w:sz="4" w:space="0" w:color="FC1921"/>
          <w:insideH w:val="single" w:sz="4" w:space="0" w:color="FC1921"/>
          <w:insideV w:val="single" w:sz="4" w:space="0" w:color="FC1921"/>
        </w:tblBorders>
        <w:tblLayout w:type="fixed"/>
        <w:tblLook w:val="0600" w:firstRow="0" w:lastRow="0" w:firstColumn="0" w:lastColumn="0" w:noHBand="1" w:noVBand="1"/>
      </w:tblPr>
      <w:tblGrid>
        <w:gridCol w:w="790"/>
        <w:gridCol w:w="3086"/>
        <w:gridCol w:w="2512"/>
        <w:gridCol w:w="3818"/>
      </w:tblGrid>
      <w:tr w:rsidR="00990464" w14:paraId="18720239" w14:textId="77777777" w:rsidTr="00095BB4">
        <w:trPr>
          <w:cantSplit/>
          <w:tblCellSpacing w:w="0" w:type="dxa"/>
          <w:jc w:val="center"/>
        </w:trPr>
        <w:tc>
          <w:tcPr>
            <w:tcW w:w="10206" w:type="dxa"/>
            <w:gridSpan w:val="4"/>
            <w:tcBorders>
              <w:top w:val="single" w:sz="4" w:space="0" w:color="FC1921"/>
              <w:left w:val="single" w:sz="4" w:space="0" w:color="FC1921"/>
              <w:bottom w:val="single" w:sz="4" w:space="0" w:color="FC1921"/>
              <w:right w:val="single" w:sz="4" w:space="0" w:color="FC1921"/>
            </w:tcBorders>
            <w:shd w:val="clear" w:color="auto" w:fill="FC192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D90C9D8" w14:textId="77777777" w:rsidR="00990464" w:rsidRDefault="00414212">
            <w:pPr>
              <w:spacing w:after="0" w:line="240" w:lineRule="auto"/>
            </w:pPr>
            <w:r>
              <w:rPr>
                <w:b/>
                <w:color w:val="FFFFFF"/>
                <w:sz w:val="22"/>
              </w:rPr>
              <w:t>Three independent experts in the field</w:t>
            </w:r>
          </w:p>
          <w:p w14:paraId="483F32E7" w14:textId="77777777" w:rsidR="00990464" w:rsidRDefault="00414212">
            <w:pPr>
              <w:spacing w:after="0" w:line="240" w:lineRule="auto"/>
            </w:pPr>
            <w:r>
              <w:rPr>
                <w:color w:val="FFFFFF"/>
                <w:sz w:val="16"/>
              </w:rPr>
              <w:t>List experts CSL could consult, if needed, regarding scientific merit.</w:t>
            </w:r>
          </w:p>
        </w:tc>
      </w:tr>
      <w:tr w:rsidR="00990464" w14:paraId="58F73DC9" w14:textId="77777777" w:rsidTr="00095BB4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  <w:tblLook w:val="04A0" w:firstRow="1" w:lastRow="0" w:firstColumn="1" w:lastColumn="0" w:noHBand="0" w:noVBand="1"/>
        </w:tblPrEx>
        <w:trPr>
          <w:cantSplit/>
          <w:tblCellSpacing w:w="0" w:type="dxa"/>
          <w:jc w:val="center"/>
        </w:trPr>
        <w:tc>
          <w:tcPr>
            <w:tcW w:w="790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2AFB29E" w14:textId="77777777" w:rsidR="00990464" w:rsidRPr="00095BB4" w:rsidRDefault="00414212">
            <w:pPr>
              <w:spacing w:after="0" w:line="240" w:lineRule="auto"/>
            </w:pPr>
            <w:r w:rsidRPr="00095BB4">
              <w:rPr>
                <w:b/>
              </w:rPr>
              <w:t>No.</w:t>
            </w:r>
          </w:p>
        </w:tc>
        <w:tc>
          <w:tcPr>
            <w:tcW w:w="308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6B22AC8" w14:textId="77777777" w:rsidR="00990464" w:rsidRPr="00095BB4" w:rsidRDefault="00414212">
            <w:pPr>
              <w:spacing w:after="0" w:line="240" w:lineRule="auto"/>
            </w:pPr>
            <w:r w:rsidRPr="00095BB4">
              <w:rPr>
                <w:b/>
              </w:rPr>
              <w:t>Name</w:t>
            </w:r>
          </w:p>
        </w:tc>
        <w:tc>
          <w:tcPr>
            <w:tcW w:w="2512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9B75C29" w14:textId="77777777" w:rsidR="00990464" w:rsidRPr="00095BB4" w:rsidRDefault="00414212">
            <w:pPr>
              <w:spacing w:after="0" w:line="240" w:lineRule="auto"/>
            </w:pPr>
            <w:r w:rsidRPr="00095BB4">
              <w:rPr>
                <w:b/>
              </w:rPr>
              <w:t>Title</w:t>
            </w:r>
          </w:p>
        </w:tc>
        <w:tc>
          <w:tcPr>
            <w:tcW w:w="3818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B0D5A5B" w14:textId="77777777" w:rsidR="00990464" w:rsidRPr="00095BB4" w:rsidRDefault="00414212">
            <w:pPr>
              <w:spacing w:after="0" w:line="240" w:lineRule="auto"/>
            </w:pPr>
            <w:r w:rsidRPr="00095BB4">
              <w:rPr>
                <w:b/>
              </w:rPr>
              <w:t>Contact phone number</w:t>
            </w:r>
          </w:p>
        </w:tc>
      </w:tr>
      <w:tr w:rsidR="00990464" w14:paraId="5B95CD12" w14:textId="77777777" w:rsidTr="00095BB4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  <w:tblLook w:val="04A0" w:firstRow="1" w:lastRow="0" w:firstColumn="1" w:lastColumn="0" w:noHBand="0" w:noVBand="1"/>
        </w:tblPrEx>
        <w:trPr>
          <w:cantSplit/>
          <w:tblCellSpacing w:w="0" w:type="dxa"/>
          <w:jc w:val="center"/>
        </w:trPr>
        <w:tc>
          <w:tcPr>
            <w:tcW w:w="790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220BBB2" w14:textId="77777777" w:rsidR="00990464" w:rsidRDefault="00990464">
            <w:pPr>
              <w:spacing w:after="0" w:line="240" w:lineRule="auto"/>
            </w:pPr>
          </w:p>
        </w:tc>
        <w:tc>
          <w:tcPr>
            <w:tcW w:w="308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3CB595B" w14:textId="77777777" w:rsidR="00990464" w:rsidRDefault="00990464">
            <w:pPr>
              <w:spacing w:after="0" w:line="240" w:lineRule="auto"/>
            </w:pPr>
          </w:p>
        </w:tc>
        <w:tc>
          <w:tcPr>
            <w:tcW w:w="2512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D9C8D39" w14:textId="77777777" w:rsidR="00990464" w:rsidRDefault="00990464">
            <w:pPr>
              <w:spacing w:after="0" w:line="240" w:lineRule="auto"/>
            </w:pPr>
          </w:p>
        </w:tc>
        <w:tc>
          <w:tcPr>
            <w:tcW w:w="3818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75E05EE" w14:textId="77777777" w:rsidR="00990464" w:rsidRDefault="00990464">
            <w:pPr>
              <w:spacing w:after="0" w:line="240" w:lineRule="auto"/>
            </w:pPr>
          </w:p>
        </w:tc>
      </w:tr>
      <w:tr w:rsidR="00990464" w14:paraId="2FC17F8B" w14:textId="77777777" w:rsidTr="00095BB4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  <w:tblLook w:val="04A0" w:firstRow="1" w:lastRow="0" w:firstColumn="1" w:lastColumn="0" w:noHBand="0" w:noVBand="1"/>
        </w:tblPrEx>
        <w:trPr>
          <w:cantSplit/>
          <w:tblCellSpacing w:w="0" w:type="dxa"/>
          <w:jc w:val="center"/>
        </w:trPr>
        <w:tc>
          <w:tcPr>
            <w:tcW w:w="790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A4F7224" w14:textId="77777777" w:rsidR="00990464" w:rsidRDefault="00990464">
            <w:pPr>
              <w:spacing w:after="0" w:line="240" w:lineRule="auto"/>
            </w:pPr>
          </w:p>
        </w:tc>
        <w:tc>
          <w:tcPr>
            <w:tcW w:w="308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AE48A43" w14:textId="77777777" w:rsidR="00990464" w:rsidRDefault="00990464">
            <w:pPr>
              <w:spacing w:after="0" w:line="240" w:lineRule="auto"/>
            </w:pPr>
          </w:p>
        </w:tc>
        <w:tc>
          <w:tcPr>
            <w:tcW w:w="2512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0F40DEB" w14:textId="77777777" w:rsidR="00990464" w:rsidRDefault="00990464">
            <w:pPr>
              <w:spacing w:after="0" w:line="240" w:lineRule="auto"/>
            </w:pPr>
          </w:p>
        </w:tc>
        <w:tc>
          <w:tcPr>
            <w:tcW w:w="3818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7A52294" w14:textId="77777777" w:rsidR="00990464" w:rsidRDefault="00990464">
            <w:pPr>
              <w:spacing w:after="0" w:line="240" w:lineRule="auto"/>
            </w:pPr>
          </w:p>
        </w:tc>
      </w:tr>
      <w:tr w:rsidR="00990464" w14:paraId="007DCDA8" w14:textId="77777777" w:rsidTr="00095BB4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  <w:tblLook w:val="04A0" w:firstRow="1" w:lastRow="0" w:firstColumn="1" w:lastColumn="0" w:noHBand="0" w:noVBand="1"/>
        </w:tblPrEx>
        <w:trPr>
          <w:cantSplit/>
          <w:tblCellSpacing w:w="0" w:type="dxa"/>
          <w:jc w:val="center"/>
        </w:trPr>
        <w:tc>
          <w:tcPr>
            <w:tcW w:w="790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50EA2D7" w14:textId="77777777" w:rsidR="00990464" w:rsidRDefault="00990464">
            <w:pPr>
              <w:spacing w:after="0" w:line="240" w:lineRule="auto"/>
            </w:pPr>
          </w:p>
        </w:tc>
        <w:tc>
          <w:tcPr>
            <w:tcW w:w="308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DD355C9" w14:textId="77777777" w:rsidR="00990464" w:rsidRDefault="00990464">
            <w:pPr>
              <w:spacing w:after="0" w:line="240" w:lineRule="auto"/>
            </w:pPr>
          </w:p>
        </w:tc>
        <w:tc>
          <w:tcPr>
            <w:tcW w:w="2512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A81F0B1" w14:textId="77777777" w:rsidR="00990464" w:rsidRDefault="00990464">
            <w:pPr>
              <w:spacing w:after="0" w:line="240" w:lineRule="auto"/>
            </w:pPr>
          </w:p>
        </w:tc>
        <w:tc>
          <w:tcPr>
            <w:tcW w:w="3818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17AAFBA" w14:textId="77777777" w:rsidR="00990464" w:rsidRDefault="00990464">
            <w:pPr>
              <w:spacing w:after="0" w:line="240" w:lineRule="auto"/>
            </w:pPr>
          </w:p>
        </w:tc>
      </w:tr>
    </w:tbl>
    <w:p w14:paraId="56EE48EE" w14:textId="77777777" w:rsidR="00990464" w:rsidRDefault="00990464">
      <w:pPr>
        <w:spacing w:after="40"/>
      </w:pPr>
    </w:p>
    <w:tbl>
      <w:tblPr>
        <w:tblW w:w="10230" w:type="dxa"/>
        <w:jc w:val="center"/>
        <w:tblCellSpacing w:w="0" w:type="dxa"/>
        <w:tblBorders>
          <w:top w:val="single" w:sz="4" w:space="0" w:color="FC1921"/>
          <w:left w:val="single" w:sz="4" w:space="0" w:color="FC1921"/>
          <w:bottom w:val="single" w:sz="4" w:space="0" w:color="FC1921"/>
          <w:right w:val="single" w:sz="4" w:space="0" w:color="FC1921"/>
          <w:insideH w:val="single" w:sz="4" w:space="0" w:color="FC1921"/>
          <w:insideV w:val="single" w:sz="4" w:space="0" w:color="FC1921"/>
        </w:tblBorders>
        <w:tblLayout w:type="fixed"/>
        <w:tblLook w:val="0600" w:firstRow="0" w:lastRow="0" w:firstColumn="0" w:lastColumn="0" w:noHBand="1" w:noVBand="1"/>
      </w:tblPr>
      <w:tblGrid>
        <w:gridCol w:w="9"/>
        <w:gridCol w:w="3096"/>
        <w:gridCol w:w="7110"/>
        <w:gridCol w:w="15"/>
      </w:tblGrid>
      <w:tr w:rsidR="00990464" w14:paraId="5BAB57B8" w14:textId="77777777" w:rsidTr="0051431C">
        <w:trPr>
          <w:gridAfter w:val="1"/>
          <w:wAfter w:w="15" w:type="dxa"/>
          <w:cantSplit/>
          <w:tblCellSpacing w:w="0" w:type="dxa"/>
          <w:jc w:val="center"/>
        </w:trPr>
        <w:tc>
          <w:tcPr>
            <w:tcW w:w="10215" w:type="dxa"/>
            <w:gridSpan w:val="3"/>
            <w:tcBorders>
              <w:top w:val="single" w:sz="4" w:space="0" w:color="FC1921"/>
              <w:left w:val="single" w:sz="4" w:space="0" w:color="FC1921"/>
              <w:bottom w:val="single" w:sz="4" w:space="0" w:color="FC1921"/>
              <w:right w:val="single" w:sz="4" w:space="0" w:color="FC1921"/>
            </w:tcBorders>
            <w:shd w:val="clear" w:color="auto" w:fill="FC192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CD980B6" w14:textId="77777777" w:rsidR="00990464" w:rsidRDefault="00414212">
            <w:pPr>
              <w:spacing w:after="0" w:line="240" w:lineRule="auto"/>
            </w:pPr>
            <w:r>
              <w:rPr>
                <w:b/>
                <w:color w:val="FFFFFF"/>
                <w:sz w:val="22"/>
              </w:rPr>
              <w:t>Declaration</w:t>
            </w:r>
          </w:p>
        </w:tc>
      </w:tr>
      <w:tr w:rsidR="0051431C" w14:paraId="0994ED38" w14:textId="77777777" w:rsidTr="0051431C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  <w:tblLook w:val="04A0" w:firstRow="1" w:lastRow="0" w:firstColumn="1" w:lastColumn="0" w:noHBand="0" w:noVBand="1"/>
        </w:tblPrEx>
        <w:trPr>
          <w:gridBefore w:val="1"/>
          <w:wBefore w:w="9" w:type="dxa"/>
          <w:cantSplit/>
          <w:tblCellSpacing w:w="0" w:type="dxa"/>
          <w:jc w:val="center"/>
        </w:trPr>
        <w:tc>
          <w:tcPr>
            <w:tcW w:w="10221" w:type="dxa"/>
            <w:gridSpan w:val="3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4F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3164D02" w14:textId="6A1B8023" w:rsidR="0051431C" w:rsidRDefault="0051431C">
            <w:pPr>
              <w:spacing w:after="0" w:line="240" w:lineRule="auto"/>
            </w:pPr>
            <w:r>
              <w:t>I understand that missing or incomplete information may result in rejection of the request or a delay in request consideration</w:t>
            </w:r>
          </w:p>
        </w:tc>
      </w:tr>
      <w:tr w:rsidR="00990464" w14:paraId="3320BE37" w14:textId="77777777" w:rsidTr="0051431C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  <w:tblLook w:val="04A0" w:firstRow="1" w:lastRow="0" w:firstColumn="1" w:lastColumn="0" w:noHBand="0" w:noVBand="1"/>
        </w:tblPrEx>
        <w:trPr>
          <w:gridBefore w:val="1"/>
          <w:wBefore w:w="9" w:type="dxa"/>
          <w:cantSplit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47798B3" w14:textId="77777777" w:rsidR="00990464" w:rsidRDefault="00414212">
            <w:pPr>
              <w:spacing w:after="0" w:line="240" w:lineRule="auto"/>
            </w:pPr>
            <w:r>
              <w:rPr>
                <w:b/>
                <w:color w:val="000000"/>
              </w:rPr>
              <w:t>Primary researcher name</w:t>
            </w:r>
          </w:p>
        </w:tc>
        <w:tc>
          <w:tcPr>
            <w:tcW w:w="7125" w:type="dxa"/>
            <w:gridSpan w:val="2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908EB2C" w14:textId="77777777" w:rsidR="00990464" w:rsidRDefault="00990464">
            <w:pPr>
              <w:spacing w:after="0" w:line="240" w:lineRule="auto"/>
            </w:pPr>
          </w:p>
        </w:tc>
      </w:tr>
      <w:tr w:rsidR="00990464" w14:paraId="4CCB031D" w14:textId="77777777" w:rsidTr="0051431C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  <w:tblLook w:val="04A0" w:firstRow="1" w:lastRow="0" w:firstColumn="1" w:lastColumn="0" w:noHBand="0" w:noVBand="1"/>
        </w:tblPrEx>
        <w:trPr>
          <w:gridBefore w:val="1"/>
          <w:wBefore w:w="9" w:type="dxa"/>
          <w:cantSplit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B9C2904" w14:textId="77777777" w:rsidR="00990464" w:rsidRDefault="00414212">
            <w:pPr>
              <w:spacing w:after="0" w:line="240" w:lineRule="auto"/>
            </w:pPr>
            <w:r>
              <w:rPr>
                <w:b/>
                <w:color w:val="000000"/>
              </w:rPr>
              <w:t>Signature</w:t>
            </w:r>
          </w:p>
        </w:tc>
        <w:tc>
          <w:tcPr>
            <w:tcW w:w="7125" w:type="dxa"/>
            <w:gridSpan w:val="2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21FD38A" w14:textId="77777777" w:rsidR="00990464" w:rsidRDefault="00990464">
            <w:pPr>
              <w:spacing w:after="0" w:line="240" w:lineRule="auto"/>
            </w:pPr>
          </w:p>
        </w:tc>
      </w:tr>
      <w:tr w:rsidR="00990464" w14:paraId="4E2EC8C7" w14:textId="77777777" w:rsidTr="0051431C">
        <w:tblPrEx>
          <w:tblBorders>
            <w:top w:val="single" w:sz="4" w:space="0" w:color="C8D0D8"/>
            <w:left w:val="single" w:sz="4" w:space="0" w:color="C8D0D8"/>
            <w:bottom w:val="single" w:sz="4" w:space="0" w:color="C8D0D8"/>
            <w:right w:val="single" w:sz="4" w:space="0" w:color="C8D0D8"/>
            <w:insideH w:val="single" w:sz="4" w:space="0" w:color="C8D0D8"/>
            <w:insideV w:val="single" w:sz="4" w:space="0" w:color="C8D0D8"/>
          </w:tblBorders>
          <w:tblLook w:val="04A0" w:firstRow="1" w:lastRow="0" w:firstColumn="1" w:lastColumn="0" w:noHBand="0" w:noVBand="1"/>
        </w:tblPrEx>
        <w:trPr>
          <w:gridBefore w:val="1"/>
          <w:wBefore w:w="9" w:type="dxa"/>
          <w:cantSplit/>
          <w:tblCellSpacing w:w="0" w:type="dxa"/>
          <w:jc w:val="center"/>
        </w:trPr>
        <w:tc>
          <w:tcPr>
            <w:tcW w:w="3096" w:type="dxa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DDE4E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91072FA" w14:textId="77777777" w:rsidR="00990464" w:rsidRDefault="00414212">
            <w:pPr>
              <w:spacing w:after="0" w:line="240" w:lineRule="auto"/>
            </w:pPr>
            <w:r>
              <w:rPr>
                <w:b/>
                <w:color w:val="000000"/>
              </w:rPr>
              <w:t>Date</w:t>
            </w:r>
          </w:p>
          <w:p w14:paraId="5B3F887F" w14:textId="77777777" w:rsidR="00990464" w:rsidRDefault="00414212">
            <w:pPr>
              <w:spacing w:after="0" w:line="240" w:lineRule="auto"/>
            </w:pPr>
            <w:r>
              <w:rPr>
                <w:i/>
                <w:color w:val="808284"/>
                <w:sz w:val="15"/>
              </w:rPr>
              <w:t>DD/MMM/YYYY</w:t>
            </w:r>
          </w:p>
        </w:tc>
        <w:tc>
          <w:tcPr>
            <w:tcW w:w="7125" w:type="dxa"/>
            <w:gridSpan w:val="2"/>
            <w:tcBorders>
              <w:top w:val="single" w:sz="4" w:space="0" w:color="C8D0D8"/>
              <w:left w:val="single" w:sz="4" w:space="0" w:color="C8D0D8"/>
              <w:bottom w:val="single" w:sz="4" w:space="0" w:color="C8D0D8"/>
              <w:right w:val="single" w:sz="4" w:space="0" w:color="C8D0D8"/>
            </w:tcBorders>
            <w:shd w:val="clear" w:color="auto" w:fill="F3F6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FE2DD96" w14:textId="77777777" w:rsidR="00990464" w:rsidRDefault="00990464">
            <w:pPr>
              <w:spacing w:after="0" w:line="240" w:lineRule="auto"/>
            </w:pPr>
          </w:p>
        </w:tc>
      </w:tr>
    </w:tbl>
    <w:p w14:paraId="60FA56B6" w14:textId="4ECA38EF" w:rsidR="00990464" w:rsidRDefault="00414212">
      <w:r>
        <w:rPr>
          <w:i/>
          <w:color w:val="808284"/>
          <w:sz w:val="15"/>
        </w:rPr>
        <w:t xml:space="preserve">Privacy notice: </w:t>
      </w:r>
      <w:r w:rsidR="007071C8">
        <w:rPr>
          <w:i/>
          <w:color w:val="808284"/>
          <w:sz w:val="15"/>
        </w:rPr>
        <w:t>Except with the prescribed consent of the individual concerned,</w:t>
      </w:r>
      <w:r w:rsidR="008570C0">
        <w:rPr>
          <w:i/>
          <w:color w:val="808284"/>
          <w:sz w:val="15"/>
        </w:rPr>
        <w:t xml:space="preserve"> the</w:t>
      </w:r>
      <w:r w:rsidR="007071C8">
        <w:rPr>
          <w:i/>
          <w:color w:val="808284"/>
          <w:sz w:val="15"/>
        </w:rPr>
        <w:t xml:space="preserve"> </w:t>
      </w:r>
      <w:r>
        <w:rPr>
          <w:i/>
          <w:color w:val="808284"/>
          <w:sz w:val="15"/>
        </w:rPr>
        <w:t xml:space="preserve">Personal </w:t>
      </w:r>
      <w:r w:rsidR="003F1735">
        <w:rPr>
          <w:i/>
          <w:color w:val="808284"/>
          <w:sz w:val="15"/>
        </w:rPr>
        <w:t>D</w:t>
      </w:r>
      <w:r>
        <w:rPr>
          <w:i/>
          <w:color w:val="808284"/>
          <w:sz w:val="15"/>
        </w:rPr>
        <w:t>ata provided in this form will be used only</w:t>
      </w:r>
      <w:r w:rsidR="008570C0">
        <w:rPr>
          <w:i/>
          <w:color w:val="808284"/>
          <w:sz w:val="15"/>
        </w:rPr>
        <w:t xml:space="preserve"> for the purposes of processing </w:t>
      </w:r>
      <w:r>
        <w:rPr>
          <w:i/>
          <w:color w:val="808284"/>
          <w:sz w:val="15"/>
        </w:rPr>
        <w:t xml:space="preserve">this request and </w:t>
      </w:r>
      <w:r w:rsidR="003F1735">
        <w:rPr>
          <w:i/>
          <w:color w:val="808284"/>
          <w:sz w:val="15"/>
        </w:rPr>
        <w:t xml:space="preserve">other </w:t>
      </w:r>
      <w:r>
        <w:rPr>
          <w:i/>
          <w:color w:val="808284"/>
          <w:sz w:val="15"/>
        </w:rPr>
        <w:t xml:space="preserve">directly related purposes. </w:t>
      </w:r>
      <w:r w:rsidR="003F1735">
        <w:rPr>
          <w:i/>
          <w:color w:val="808284"/>
          <w:sz w:val="15"/>
        </w:rPr>
        <w:t>All i</w:t>
      </w:r>
      <w:r>
        <w:rPr>
          <w:i/>
          <w:color w:val="808284"/>
          <w:sz w:val="15"/>
        </w:rPr>
        <w:t xml:space="preserve">nformation </w:t>
      </w:r>
      <w:r w:rsidR="003F1735">
        <w:rPr>
          <w:i/>
          <w:color w:val="808284"/>
          <w:sz w:val="15"/>
        </w:rPr>
        <w:t xml:space="preserve">collected as a function of this request </w:t>
      </w:r>
      <w:r>
        <w:rPr>
          <w:i/>
          <w:color w:val="808284"/>
          <w:sz w:val="15"/>
        </w:rPr>
        <w:t>will be deleted 120 calendar days after the request is closed, unless retention is required for continuing legal requirements.</w:t>
      </w:r>
    </w:p>
    <w:sectPr w:rsidR="00990464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3E51A" w14:textId="77777777" w:rsidR="006A1D05" w:rsidRDefault="006A1D05">
      <w:pPr>
        <w:spacing w:after="0" w:line="240" w:lineRule="auto"/>
      </w:pPr>
      <w:r>
        <w:separator/>
      </w:r>
    </w:p>
  </w:endnote>
  <w:endnote w:type="continuationSeparator" w:id="0">
    <w:p w14:paraId="0F65113C" w14:textId="77777777" w:rsidR="006A1D05" w:rsidRDefault="006A1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1BD91" w14:textId="77777777" w:rsidR="00F31D0E" w:rsidRDefault="00F31D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F601C" w14:textId="77777777" w:rsidR="00F31D0E" w:rsidRDefault="00F31D0E">
    <w:pPr>
      <w:pStyle w:val="Footer"/>
      <w:jc w:val="center"/>
    </w:pPr>
    <w:r>
      <w:rPr>
        <w:color w:val="808284"/>
        <w:sz w:val="15"/>
      </w:rPr>
      <w:t>Research Proposal Form  |  Version October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0419D" w14:textId="77777777" w:rsidR="00F31D0E" w:rsidRDefault="00F31D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112E6" w14:textId="77777777" w:rsidR="006A1D05" w:rsidRDefault="006A1D05">
      <w:pPr>
        <w:spacing w:after="0" w:line="240" w:lineRule="auto"/>
      </w:pPr>
      <w:r>
        <w:separator/>
      </w:r>
    </w:p>
  </w:footnote>
  <w:footnote w:type="continuationSeparator" w:id="0">
    <w:p w14:paraId="2C98A5B2" w14:textId="77777777" w:rsidR="006A1D05" w:rsidRDefault="006A1D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4F1B5" w14:textId="77777777" w:rsidR="00F31D0E" w:rsidRDefault="00F31D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85A8B" w14:textId="77777777" w:rsidR="00F31D0E" w:rsidRDefault="00F31D0E">
    <w:pPr>
      <w:pStyle w:val="Header"/>
      <w:jc w:val="right"/>
    </w:pPr>
    <w:r>
      <w:rPr>
        <w:b/>
        <w:color w:val="FC1921"/>
      </w:rPr>
      <w:t>CSL  |  External Research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C20F2" w14:textId="77777777" w:rsidR="00F31D0E" w:rsidRDefault="00F31D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55549200">
    <w:abstractNumId w:val="0"/>
  </w:num>
  <w:num w:numId="2" w16cid:durableId="1429233105">
    <w:abstractNumId w:val="7"/>
  </w:num>
  <w:num w:numId="3" w16cid:durableId="1551460444">
    <w:abstractNumId w:val="8"/>
  </w:num>
  <w:num w:numId="4" w16cid:durableId="1816141221">
    <w:abstractNumId w:val="2"/>
  </w:num>
  <w:num w:numId="5" w16cid:durableId="444467589">
    <w:abstractNumId w:val="1"/>
  </w:num>
  <w:num w:numId="6" w16cid:durableId="658727018">
    <w:abstractNumId w:val="6"/>
  </w:num>
  <w:num w:numId="7" w16cid:durableId="684675222">
    <w:abstractNumId w:val="3"/>
  </w:num>
  <w:num w:numId="8" w16cid:durableId="692920469">
    <w:abstractNumId w:val="5"/>
  </w:num>
  <w:num w:numId="9" w16cid:durableId="8938125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91E"/>
    <w:rsid w:val="000156A0"/>
    <w:rsid w:val="00017093"/>
    <w:rsid w:val="0002610C"/>
    <w:rsid w:val="00027D95"/>
    <w:rsid w:val="00034616"/>
    <w:rsid w:val="000409E5"/>
    <w:rsid w:val="00057694"/>
    <w:rsid w:val="0006063C"/>
    <w:rsid w:val="0006554C"/>
    <w:rsid w:val="00091AA0"/>
    <w:rsid w:val="0009531B"/>
    <w:rsid w:val="00095BB4"/>
    <w:rsid w:val="0009641C"/>
    <w:rsid w:val="000A6EF4"/>
    <w:rsid w:val="000D24A1"/>
    <w:rsid w:val="000E6471"/>
    <w:rsid w:val="00120A3F"/>
    <w:rsid w:val="00133B4B"/>
    <w:rsid w:val="00137B79"/>
    <w:rsid w:val="0014629E"/>
    <w:rsid w:val="0015074B"/>
    <w:rsid w:val="0018186E"/>
    <w:rsid w:val="001A42E1"/>
    <w:rsid w:val="001B119E"/>
    <w:rsid w:val="001B7636"/>
    <w:rsid w:val="00202C57"/>
    <w:rsid w:val="00210913"/>
    <w:rsid w:val="002177FD"/>
    <w:rsid w:val="002226AE"/>
    <w:rsid w:val="00237629"/>
    <w:rsid w:val="00271A34"/>
    <w:rsid w:val="0029639D"/>
    <w:rsid w:val="002A06FF"/>
    <w:rsid w:val="002A5E51"/>
    <w:rsid w:val="002C3B68"/>
    <w:rsid w:val="002E428D"/>
    <w:rsid w:val="00305081"/>
    <w:rsid w:val="00326F90"/>
    <w:rsid w:val="00332502"/>
    <w:rsid w:val="00376143"/>
    <w:rsid w:val="003764C0"/>
    <w:rsid w:val="00383BC9"/>
    <w:rsid w:val="003872F8"/>
    <w:rsid w:val="003C055A"/>
    <w:rsid w:val="003C0631"/>
    <w:rsid w:val="003D244A"/>
    <w:rsid w:val="003D501A"/>
    <w:rsid w:val="003F0028"/>
    <w:rsid w:val="003F1735"/>
    <w:rsid w:val="00414212"/>
    <w:rsid w:val="0042367A"/>
    <w:rsid w:val="00427083"/>
    <w:rsid w:val="00430AAB"/>
    <w:rsid w:val="004310E9"/>
    <w:rsid w:val="00433C30"/>
    <w:rsid w:val="00450B14"/>
    <w:rsid w:val="00475A9E"/>
    <w:rsid w:val="004B7F8E"/>
    <w:rsid w:val="004C47D7"/>
    <w:rsid w:val="004E2770"/>
    <w:rsid w:val="004E6DB7"/>
    <w:rsid w:val="004E74B8"/>
    <w:rsid w:val="0051431C"/>
    <w:rsid w:val="005315B5"/>
    <w:rsid w:val="0053288D"/>
    <w:rsid w:val="00533880"/>
    <w:rsid w:val="00537918"/>
    <w:rsid w:val="00537A8A"/>
    <w:rsid w:val="005577C5"/>
    <w:rsid w:val="00562A99"/>
    <w:rsid w:val="005963B7"/>
    <w:rsid w:val="005A6C10"/>
    <w:rsid w:val="005B179B"/>
    <w:rsid w:val="005D51BC"/>
    <w:rsid w:val="00604909"/>
    <w:rsid w:val="006050F8"/>
    <w:rsid w:val="00656022"/>
    <w:rsid w:val="006A1D05"/>
    <w:rsid w:val="006A31CC"/>
    <w:rsid w:val="006A6F18"/>
    <w:rsid w:val="006C155B"/>
    <w:rsid w:val="006D0B4B"/>
    <w:rsid w:val="006E7A2E"/>
    <w:rsid w:val="006F34FF"/>
    <w:rsid w:val="007071C8"/>
    <w:rsid w:val="00736339"/>
    <w:rsid w:val="00736C3D"/>
    <w:rsid w:val="007408F4"/>
    <w:rsid w:val="00746983"/>
    <w:rsid w:val="00746CA5"/>
    <w:rsid w:val="007523C5"/>
    <w:rsid w:val="0078640D"/>
    <w:rsid w:val="007B2019"/>
    <w:rsid w:val="007C2A4B"/>
    <w:rsid w:val="007D0D3E"/>
    <w:rsid w:val="007D446B"/>
    <w:rsid w:val="007E1C34"/>
    <w:rsid w:val="007E3F66"/>
    <w:rsid w:val="007F1DC5"/>
    <w:rsid w:val="00820B6E"/>
    <w:rsid w:val="00832E9A"/>
    <w:rsid w:val="0084478C"/>
    <w:rsid w:val="008570C0"/>
    <w:rsid w:val="00871514"/>
    <w:rsid w:val="00892987"/>
    <w:rsid w:val="008A228F"/>
    <w:rsid w:val="008A3FE7"/>
    <w:rsid w:val="008B6F92"/>
    <w:rsid w:val="008C1AA2"/>
    <w:rsid w:val="008D43E7"/>
    <w:rsid w:val="008E3251"/>
    <w:rsid w:val="0090222C"/>
    <w:rsid w:val="009446F2"/>
    <w:rsid w:val="0095077E"/>
    <w:rsid w:val="00952412"/>
    <w:rsid w:val="00970004"/>
    <w:rsid w:val="00990464"/>
    <w:rsid w:val="009B5E35"/>
    <w:rsid w:val="009D5D31"/>
    <w:rsid w:val="009E15B3"/>
    <w:rsid w:val="00A043F2"/>
    <w:rsid w:val="00A8406A"/>
    <w:rsid w:val="00A8707E"/>
    <w:rsid w:val="00A920A0"/>
    <w:rsid w:val="00A97FFB"/>
    <w:rsid w:val="00AA1D8D"/>
    <w:rsid w:val="00AB591E"/>
    <w:rsid w:val="00AD7F22"/>
    <w:rsid w:val="00AF25F0"/>
    <w:rsid w:val="00AF308F"/>
    <w:rsid w:val="00AF61C7"/>
    <w:rsid w:val="00B050F0"/>
    <w:rsid w:val="00B075A0"/>
    <w:rsid w:val="00B32EFD"/>
    <w:rsid w:val="00B47730"/>
    <w:rsid w:val="00B504DC"/>
    <w:rsid w:val="00B63C37"/>
    <w:rsid w:val="00BB5BFD"/>
    <w:rsid w:val="00BC2221"/>
    <w:rsid w:val="00C227CC"/>
    <w:rsid w:val="00C95EA7"/>
    <w:rsid w:val="00CB0664"/>
    <w:rsid w:val="00CF3AFC"/>
    <w:rsid w:val="00CF4C39"/>
    <w:rsid w:val="00D159AA"/>
    <w:rsid w:val="00D22F55"/>
    <w:rsid w:val="00D24C1D"/>
    <w:rsid w:val="00D33321"/>
    <w:rsid w:val="00D41A8B"/>
    <w:rsid w:val="00D65480"/>
    <w:rsid w:val="00D82680"/>
    <w:rsid w:val="00DA2ED2"/>
    <w:rsid w:val="00DC6C2C"/>
    <w:rsid w:val="00DE062C"/>
    <w:rsid w:val="00DF085F"/>
    <w:rsid w:val="00DF0B5D"/>
    <w:rsid w:val="00DF68C3"/>
    <w:rsid w:val="00E24E63"/>
    <w:rsid w:val="00E52F8E"/>
    <w:rsid w:val="00E62582"/>
    <w:rsid w:val="00E75675"/>
    <w:rsid w:val="00EB0DA7"/>
    <w:rsid w:val="00EB25B0"/>
    <w:rsid w:val="00EB3B2D"/>
    <w:rsid w:val="00ED4090"/>
    <w:rsid w:val="00EE1346"/>
    <w:rsid w:val="00EE3689"/>
    <w:rsid w:val="00F04C39"/>
    <w:rsid w:val="00F25157"/>
    <w:rsid w:val="00F3119E"/>
    <w:rsid w:val="00F31D0E"/>
    <w:rsid w:val="00F50556"/>
    <w:rsid w:val="00F73249"/>
    <w:rsid w:val="00F765E1"/>
    <w:rsid w:val="00F81651"/>
    <w:rsid w:val="00F91791"/>
    <w:rsid w:val="00FA2253"/>
    <w:rsid w:val="00FA46B6"/>
    <w:rsid w:val="00FA47FA"/>
    <w:rsid w:val="00FB77FC"/>
    <w:rsid w:val="00FC693F"/>
    <w:rsid w:val="20B794AC"/>
    <w:rsid w:val="4986AD49"/>
    <w:rsid w:val="4CDD7D42"/>
    <w:rsid w:val="56B869CD"/>
    <w:rsid w:val="6132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9C8ACC1C-49BA-4CF8-88B5-05AF652DB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4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288b588-e085-4e7c-a1a7-3e70c10d1e67}" enabled="1" method="Privileged" siteId="{6dba777c-7033-4ab8-8a93-46304e7ee1b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506</Words>
  <Characters>3237</Characters>
  <Application>Microsoft Office Word</Application>
  <DocSecurity>0</DocSecurity>
  <Lines>231</Lines>
  <Paragraphs>110</Paragraphs>
  <ScaleCrop>false</ScaleCrop>
  <Manager/>
  <Company/>
  <LinksUpToDate>false</LinksUpToDate>
  <CharactersWithSpaces>3633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Tet, Kelly AU/MEL</dc:creator>
  <cp:keywords/>
  <dc:description>generated by python-docx</dc:description>
  <cp:lastModifiedBy>Lee Tet, Kelly AU/MEL</cp:lastModifiedBy>
  <cp:revision>9</cp:revision>
  <dcterms:created xsi:type="dcterms:W3CDTF">2026-10-05T23:25:00Z</dcterms:created>
  <dcterms:modified xsi:type="dcterms:W3CDTF">2026-10-05T23:31:00Z</dcterms:modified>
  <cp:category/>
</cp:coreProperties>
</file>